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5472"/>
        <w:gridCol w:w="5472"/>
      </w:tblGrid>
      <w:tr w:rsidR="0066612F" w14:paraId="1B64F980" w14:textId="77777777">
        <w:trPr>
          <w:cantSplit/>
          <w:jc w:val="center"/>
        </w:trPr>
        <w:tc>
          <w:tcPr>
            <w:tcW w:w="5472" w:type="dxa"/>
            <w:tcMar>
              <w:top w:w="30" w:type="dxa"/>
              <w:left w:w="75" w:type="dxa"/>
              <w:bottom w:w="30" w:type="dxa"/>
              <w:right w:w="75" w:type="dxa"/>
            </w:tcMar>
            <w:vAlign w:val="center"/>
          </w:tcPr>
          <w:p w14:paraId="4D35CD15" w14:textId="77777777" w:rsidR="0066612F" w:rsidRPr="00F763C6" w:rsidRDefault="00F763C6" w:rsidP="00001559">
            <w:pPr>
              <w:rPr>
                <w:rFonts w:ascii="Century Gothic" w:hAnsi="Century Gothic"/>
                <w:sz w:val="32"/>
                <w:szCs w:val="32"/>
              </w:rPr>
            </w:pPr>
            <w:r w:rsidRPr="0028535E">
              <w:rPr>
                <w:rFonts w:ascii="Century Gothic" w:hAnsi="Century Gothic"/>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Keystone Bank Limited</w:t>
            </w:r>
          </w:p>
        </w:tc>
        <w:tc>
          <w:tcPr>
            <w:tcW w:w="5472" w:type="dxa"/>
            <w:tcMar>
              <w:top w:w="30" w:type="dxa"/>
              <w:left w:w="75" w:type="dxa"/>
              <w:bottom w:w="30" w:type="dxa"/>
              <w:right w:w="75" w:type="dxa"/>
            </w:tcMar>
            <w:vAlign w:val="center"/>
          </w:tcPr>
          <w:p w14:paraId="24097F4A" w14:textId="77777777" w:rsidR="0066612F" w:rsidRDefault="00000000">
            <w:pPr>
              <w:jc w:val="center"/>
            </w:pPr>
            <w:r>
              <w:rPr>
                <w:b/>
                <w:color w:val="1F4E79"/>
                <w:sz w:val="17"/>
              </w:rPr>
              <w:t>IPO</w:t>
            </w:r>
            <w:r w:rsidR="00BD73E9">
              <w:rPr>
                <w:b/>
                <w:color w:val="1F4E79"/>
                <w:sz w:val="17"/>
              </w:rPr>
              <w:t xml:space="preserve"> FORM</w:t>
            </w:r>
            <w:r w:rsidR="00734C17">
              <w:rPr>
                <w:b/>
                <w:color w:val="1F4E79"/>
                <w:sz w:val="17"/>
              </w:rPr>
              <w:t xml:space="preserve"> (Walk In)</w:t>
            </w:r>
            <w:r>
              <w:rPr>
                <w:b/>
                <w:color w:val="1F4E79"/>
                <w:sz w:val="17"/>
              </w:rPr>
              <w:br/>
            </w:r>
            <w:r>
              <w:rPr>
                <w:b/>
                <w:sz w:val="17"/>
              </w:rPr>
              <w:t>INDIVIDUAL SUBSCRIPTION FORM</w:t>
            </w:r>
            <w:r>
              <w:rPr>
                <w:i/>
              </w:rPr>
              <w:br/>
              <w:t>Please complete this form for your subscription to the Dangote IPO.</w:t>
            </w:r>
          </w:p>
        </w:tc>
      </w:tr>
    </w:tbl>
    <w:p w14:paraId="0BC45F25" w14:textId="77777777" w:rsidR="0066612F" w:rsidRDefault="0066612F"/>
    <w:tbl>
      <w:tblPr>
        <w:tblW w:w="0" w:type="auto"/>
        <w:jc w:val="center"/>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ook w:val="04A0" w:firstRow="1" w:lastRow="0" w:firstColumn="1" w:lastColumn="0" w:noHBand="0" w:noVBand="1"/>
      </w:tblPr>
      <w:tblGrid>
        <w:gridCol w:w="10944"/>
      </w:tblGrid>
      <w:tr w:rsidR="0066612F" w14:paraId="41B47F3F" w14:textId="77777777">
        <w:trPr>
          <w:cantSplit/>
          <w:jc w:val="center"/>
        </w:trPr>
        <w:tc>
          <w:tcPr>
            <w:tcW w:w="10944" w:type="dxa"/>
            <w:tcBorders>
              <w:top w:val="single" w:sz="8" w:space="0" w:color="1F4E79"/>
              <w:left w:val="single" w:sz="8" w:space="0" w:color="1F4E79"/>
              <w:bottom w:val="single" w:sz="8" w:space="0" w:color="1F4E79"/>
              <w:right w:val="single" w:sz="8" w:space="0" w:color="1F4E79"/>
            </w:tcBorders>
            <w:shd w:val="clear" w:color="auto" w:fill="1F4E79"/>
            <w:tcMar>
              <w:top w:w="30" w:type="dxa"/>
              <w:left w:w="75" w:type="dxa"/>
              <w:bottom w:w="30" w:type="dxa"/>
              <w:right w:w="75" w:type="dxa"/>
            </w:tcMar>
          </w:tcPr>
          <w:p w14:paraId="0782D866" w14:textId="77777777" w:rsidR="0066612F" w:rsidRDefault="00000000">
            <w:r>
              <w:rPr>
                <w:rFonts w:ascii="Aptos Display" w:hAnsi="Aptos Display"/>
                <w:b/>
                <w:color w:val="FFFFFF"/>
                <w:sz w:val="17"/>
              </w:rPr>
              <w:t>1. SUBSCRIBER INFORMATION</w:t>
            </w:r>
          </w:p>
        </w:tc>
      </w:tr>
    </w:tbl>
    <w:tbl>
      <w:tblPr>
        <w:tblW w:w="11232" w:type="dxa"/>
        <w:jc w:val="center"/>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ayout w:type="fixed"/>
        <w:tblLook w:val="04A0" w:firstRow="1" w:lastRow="0" w:firstColumn="1" w:lastColumn="0" w:noHBand="0" w:noVBand="1"/>
      </w:tblPr>
      <w:tblGrid>
        <w:gridCol w:w="3666"/>
        <w:gridCol w:w="7566"/>
      </w:tblGrid>
      <w:tr w:rsidR="007E5365" w14:paraId="5D768F40"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44826496" w14:textId="77777777" w:rsidR="007E5365" w:rsidRDefault="007E5365" w:rsidP="007E5365">
            <w:r>
              <w:rPr>
                <w:b/>
                <w:sz w:val="15"/>
              </w:rPr>
              <w:t>Name</w:t>
            </w:r>
            <w:r>
              <w:rPr>
                <w:i/>
                <w:sz w:val="15"/>
              </w:rPr>
              <w:t xml:space="preserve"> (Surname, First name and Middle name))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59599A05" w14:textId="77777777" w:rsidR="007E5365" w:rsidRPr="00C82868" w:rsidRDefault="007E5365" w:rsidP="007E5365">
            <w:pPr>
              <w:rPr>
                <w:sz w:val="10"/>
                <w:szCs w:val="10"/>
              </w:rPr>
            </w:pPr>
            <w:r w:rsidRPr="00C82868">
              <w:rPr>
                <w:sz w:val="10"/>
                <w:szCs w:val="10"/>
              </w:rPr>
              <w:t xml:space="preserve"> </w:t>
            </w:r>
            <w:r w:rsidRPr="00C82868">
              <w:rPr>
                <w:b/>
                <w:bCs/>
                <w:color w:val="EE0000"/>
                <w:sz w:val="10"/>
                <w:szCs w:val="10"/>
              </w:rPr>
              <w:t>SURNAME……………………………</w:t>
            </w:r>
            <w:r w:rsidR="00C82868">
              <w:rPr>
                <w:b/>
                <w:bCs/>
                <w:color w:val="EE0000"/>
                <w:sz w:val="10"/>
                <w:szCs w:val="10"/>
              </w:rPr>
              <w:t>………</w:t>
            </w:r>
            <w:proofErr w:type="gramStart"/>
            <w:r w:rsidR="00C82868">
              <w:rPr>
                <w:b/>
                <w:bCs/>
                <w:color w:val="EE0000"/>
                <w:sz w:val="10"/>
                <w:szCs w:val="10"/>
              </w:rPr>
              <w:t>…..</w:t>
            </w:r>
            <w:proofErr w:type="gramEnd"/>
            <w:r w:rsidR="00C82868">
              <w:rPr>
                <w:b/>
                <w:bCs/>
                <w:color w:val="EE0000"/>
                <w:sz w:val="10"/>
                <w:szCs w:val="10"/>
              </w:rPr>
              <w:t>………….……</w:t>
            </w:r>
            <w:r w:rsidRPr="00C82868">
              <w:rPr>
                <w:b/>
                <w:bCs/>
                <w:color w:val="EE0000"/>
                <w:sz w:val="10"/>
                <w:szCs w:val="10"/>
              </w:rPr>
              <w:t>FIRST NAME……</w:t>
            </w:r>
            <w:r w:rsidR="00C82868">
              <w:rPr>
                <w:b/>
                <w:bCs/>
                <w:color w:val="EE0000"/>
                <w:sz w:val="10"/>
                <w:szCs w:val="10"/>
              </w:rPr>
              <w:t>……</w:t>
            </w:r>
            <w:r w:rsidRPr="00C82868">
              <w:rPr>
                <w:b/>
                <w:bCs/>
                <w:color w:val="EE0000"/>
                <w:sz w:val="10"/>
                <w:szCs w:val="10"/>
              </w:rPr>
              <w:t>…</w:t>
            </w:r>
            <w:r w:rsidR="00C82868">
              <w:rPr>
                <w:b/>
                <w:bCs/>
                <w:color w:val="EE0000"/>
                <w:sz w:val="10"/>
                <w:szCs w:val="10"/>
              </w:rPr>
              <w:t>………….</w:t>
            </w:r>
            <w:r w:rsidRPr="00C82868">
              <w:rPr>
                <w:b/>
                <w:bCs/>
                <w:color w:val="EE0000"/>
                <w:sz w:val="10"/>
                <w:szCs w:val="10"/>
              </w:rPr>
              <w:t>……</w:t>
            </w:r>
            <w:r w:rsidR="00C82868">
              <w:rPr>
                <w:b/>
                <w:bCs/>
                <w:color w:val="EE0000"/>
                <w:sz w:val="10"/>
                <w:szCs w:val="10"/>
              </w:rPr>
              <w:t>….</w:t>
            </w:r>
            <w:r w:rsidRPr="00C82868">
              <w:rPr>
                <w:b/>
                <w:bCs/>
                <w:color w:val="EE0000"/>
                <w:sz w:val="10"/>
                <w:szCs w:val="10"/>
              </w:rPr>
              <w:t>……………</w:t>
            </w:r>
            <w:r w:rsidR="00C82868">
              <w:rPr>
                <w:b/>
                <w:bCs/>
                <w:color w:val="EE0000"/>
                <w:sz w:val="10"/>
                <w:szCs w:val="10"/>
              </w:rPr>
              <w:t>……….</w:t>
            </w:r>
            <w:r w:rsidRPr="00C82868">
              <w:rPr>
                <w:b/>
                <w:bCs/>
                <w:color w:val="EE0000"/>
                <w:sz w:val="10"/>
                <w:szCs w:val="10"/>
              </w:rPr>
              <w:t>…</w:t>
            </w:r>
            <w:proofErr w:type="gramStart"/>
            <w:r w:rsidRPr="00C82868">
              <w:rPr>
                <w:b/>
                <w:bCs/>
                <w:color w:val="EE0000"/>
                <w:sz w:val="10"/>
                <w:szCs w:val="10"/>
              </w:rPr>
              <w:t>…..</w:t>
            </w:r>
            <w:proofErr w:type="gramEnd"/>
            <w:r w:rsidRPr="00C82868">
              <w:rPr>
                <w:b/>
                <w:bCs/>
                <w:color w:val="EE0000"/>
                <w:sz w:val="10"/>
                <w:szCs w:val="10"/>
              </w:rPr>
              <w:t>MIDDLE NAME…</w:t>
            </w:r>
            <w:r w:rsidR="00C82868">
              <w:rPr>
                <w:b/>
                <w:bCs/>
                <w:color w:val="EE0000"/>
                <w:sz w:val="10"/>
                <w:szCs w:val="10"/>
              </w:rPr>
              <w:t>…………</w:t>
            </w:r>
            <w:r w:rsidRPr="00C82868">
              <w:rPr>
                <w:b/>
                <w:bCs/>
                <w:color w:val="EE0000"/>
                <w:sz w:val="10"/>
                <w:szCs w:val="10"/>
              </w:rPr>
              <w:t>………………………………</w:t>
            </w:r>
            <w:r w:rsidR="00C82868">
              <w:rPr>
                <w:b/>
                <w:bCs/>
                <w:color w:val="EE0000"/>
                <w:sz w:val="10"/>
                <w:szCs w:val="10"/>
              </w:rPr>
              <w:t>…</w:t>
            </w:r>
            <w:proofErr w:type="gramStart"/>
            <w:r w:rsidR="00C82868">
              <w:rPr>
                <w:b/>
                <w:bCs/>
                <w:color w:val="EE0000"/>
                <w:sz w:val="10"/>
                <w:szCs w:val="10"/>
              </w:rPr>
              <w:t>…..</w:t>
            </w:r>
            <w:proofErr w:type="gramEnd"/>
            <w:r w:rsidRPr="00C82868">
              <w:rPr>
                <w:b/>
                <w:bCs/>
                <w:color w:val="EE0000"/>
                <w:sz w:val="10"/>
                <w:szCs w:val="10"/>
              </w:rPr>
              <w:t>….</w:t>
            </w:r>
          </w:p>
        </w:tc>
      </w:tr>
      <w:tr w:rsidR="007E5365" w14:paraId="60603F9D"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2862777F" w14:textId="77777777" w:rsidR="007E5365" w:rsidRDefault="007E5365" w:rsidP="007E5365">
            <w:r>
              <w:rPr>
                <w:b/>
                <w:sz w:val="15"/>
              </w:rPr>
              <w:t>BVN</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648F1688" w14:textId="77777777" w:rsidR="007E5365" w:rsidRDefault="007E5365" w:rsidP="007E5365">
            <w:pPr>
              <w:spacing w:line="180" w:lineRule="auto"/>
            </w:pPr>
            <w:r>
              <w:rPr>
                <w:sz w:val="10"/>
              </w:rPr>
              <w:t xml:space="preserve"> </w:t>
            </w:r>
          </w:p>
        </w:tc>
      </w:tr>
      <w:tr w:rsidR="007E5365" w14:paraId="200B3311"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67754C90" w14:textId="77777777" w:rsidR="007E5365" w:rsidRDefault="007E5365" w:rsidP="007E5365">
            <w:r>
              <w:rPr>
                <w:b/>
                <w:sz w:val="15"/>
              </w:rPr>
              <w:t>Phone Number</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1A072B0C" w14:textId="77777777" w:rsidR="007E5365" w:rsidRDefault="007E5365" w:rsidP="007E5365">
            <w:r>
              <w:rPr>
                <w:sz w:val="15"/>
              </w:rPr>
              <w:t xml:space="preserve"> </w:t>
            </w:r>
            <w:r>
              <w:rPr>
                <w:color w:val="EE0000"/>
                <w:sz w:val="15"/>
              </w:rPr>
              <w:t>NIN of the customer where purchase is for the minor</w:t>
            </w:r>
          </w:p>
        </w:tc>
      </w:tr>
      <w:tr w:rsidR="007E5365" w14:paraId="135A9C88"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68B2E67E" w14:textId="77777777" w:rsidR="007E5365" w:rsidRDefault="002A6279" w:rsidP="007E5365">
            <w:r>
              <w:rPr>
                <w:b/>
                <w:sz w:val="15"/>
              </w:rPr>
              <w:t>NIN</w:t>
            </w:r>
            <w:r>
              <w:rPr>
                <w:i/>
                <w:sz w:val="15"/>
              </w:rPr>
              <w:t xml:space="preserve"> (for Minor, if applicable)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32416F61" w14:textId="77777777" w:rsidR="007E5365" w:rsidRPr="00F763C6" w:rsidRDefault="007E5365" w:rsidP="007E5365">
            <w:pPr>
              <w:spacing w:line="180" w:lineRule="auto"/>
              <w:rPr>
                <w:b/>
                <w:bCs/>
              </w:rPr>
            </w:pPr>
          </w:p>
        </w:tc>
      </w:tr>
      <w:tr w:rsidR="007E5365" w14:paraId="330794D9"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1633BB0A" w14:textId="77777777" w:rsidR="007E5365" w:rsidRDefault="007E5365" w:rsidP="007E5365">
            <w:r>
              <w:rPr>
                <w:b/>
                <w:sz w:val="15"/>
              </w:rPr>
              <w:t>CHN</w:t>
            </w:r>
            <w:r>
              <w:rPr>
                <w:i/>
                <w:sz w:val="15"/>
              </w:rPr>
              <w:t xml:space="preserve"> (if existing)</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599B39DC" w14:textId="77777777" w:rsidR="007E5365" w:rsidRDefault="007E5365" w:rsidP="007E5365">
            <w:pPr>
              <w:spacing w:line="180" w:lineRule="auto"/>
            </w:pPr>
            <w:r>
              <w:rPr>
                <w:sz w:val="10"/>
              </w:rPr>
              <w:t xml:space="preserve"> </w:t>
            </w:r>
          </w:p>
        </w:tc>
      </w:tr>
      <w:tr w:rsidR="007E5365" w14:paraId="595F1B87"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44E62033" w14:textId="77777777" w:rsidR="007E5365" w:rsidRDefault="007E5365" w:rsidP="007E5365">
            <w:pPr>
              <w:rPr>
                <w:b/>
              </w:rPr>
            </w:pPr>
            <w:r>
              <w:rPr>
                <w:b/>
                <w:sz w:val="15"/>
              </w:rPr>
              <w:t xml:space="preserve">CSCS Account </w:t>
            </w:r>
            <w:r w:rsidRPr="00734C17">
              <w:rPr>
                <w:i/>
                <w:sz w:val="15"/>
              </w:rPr>
              <w:t>(if existing)</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4B6E166C" w14:textId="77777777" w:rsidR="007E5365" w:rsidRDefault="007E5365" w:rsidP="007E5365">
            <w:pPr>
              <w:spacing w:line="180" w:lineRule="auto"/>
              <w:rPr>
                <w:sz w:val="22"/>
              </w:rPr>
            </w:pPr>
          </w:p>
        </w:tc>
      </w:tr>
      <w:tr w:rsidR="007E5365" w14:paraId="0F99BE54"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30AFF245" w14:textId="77777777" w:rsidR="007E5365" w:rsidRDefault="007E5365" w:rsidP="007E5365">
            <w:pPr>
              <w:rPr>
                <w:b/>
              </w:rPr>
            </w:pPr>
            <w:r>
              <w:rPr>
                <w:b/>
                <w:sz w:val="15"/>
              </w:rPr>
              <w:t>Email Address</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68EE0DF1" w14:textId="77777777" w:rsidR="007E5365" w:rsidRDefault="007E5365" w:rsidP="007E5365">
            <w:pPr>
              <w:spacing w:line="180" w:lineRule="auto"/>
              <w:rPr>
                <w:sz w:val="22"/>
              </w:rPr>
            </w:pPr>
          </w:p>
        </w:tc>
      </w:tr>
      <w:tr w:rsidR="007E5365" w14:paraId="2DDA1345"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182765F3" w14:textId="77777777" w:rsidR="007E5365" w:rsidRDefault="007E5365" w:rsidP="007E5365">
            <w:pPr>
              <w:rPr>
                <w:b/>
              </w:rPr>
            </w:pPr>
            <w:r>
              <w:rPr>
                <w:b/>
                <w:sz w:val="15"/>
              </w:rPr>
              <w:t>Mother’s maiden name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3A7ECF0E" w14:textId="77777777" w:rsidR="007E5365" w:rsidRDefault="007E5365" w:rsidP="007E5365">
            <w:pPr>
              <w:spacing w:line="180" w:lineRule="auto"/>
              <w:rPr>
                <w:sz w:val="22"/>
              </w:rPr>
            </w:pPr>
          </w:p>
        </w:tc>
      </w:tr>
      <w:tr w:rsidR="007E5365" w14:paraId="522E1EBD"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DDEBF7"/>
            <w:tcMar>
              <w:top w:w="30" w:type="dxa"/>
              <w:left w:w="75" w:type="dxa"/>
              <w:bottom w:w="30" w:type="dxa"/>
              <w:right w:w="75" w:type="dxa"/>
            </w:tcMar>
            <w:vAlign w:val="center"/>
          </w:tcPr>
          <w:p w14:paraId="222206F9" w14:textId="77777777" w:rsidR="007E5365" w:rsidRDefault="007E5365" w:rsidP="007E5365">
            <w:pPr>
              <w:rPr>
                <w:b/>
              </w:rPr>
            </w:pPr>
            <w:r>
              <w:rPr>
                <w:b/>
                <w:sz w:val="15"/>
              </w:rPr>
              <w:t>Home Address</w:t>
            </w:r>
            <w:r>
              <w:rPr>
                <w:i/>
                <w:color w:val="1F4E79"/>
                <w:sz w:val="15"/>
              </w:rPr>
              <w:br/>
              <w:t>Linked fields: Home Address, LGA and State must correspond.</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0E724E2F" w14:textId="77777777" w:rsidR="007E5365" w:rsidRDefault="007E5365" w:rsidP="007E5365">
            <w:pPr>
              <w:spacing w:line="180" w:lineRule="auto"/>
              <w:rPr>
                <w:sz w:val="22"/>
              </w:rPr>
            </w:pPr>
          </w:p>
        </w:tc>
      </w:tr>
      <w:tr w:rsidR="007E5365" w14:paraId="3DE365EE"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DDEBF7"/>
            <w:tcMar>
              <w:top w:w="30" w:type="dxa"/>
              <w:left w:w="75" w:type="dxa"/>
              <w:bottom w:w="30" w:type="dxa"/>
              <w:right w:w="75" w:type="dxa"/>
            </w:tcMar>
            <w:vAlign w:val="center"/>
          </w:tcPr>
          <w:p w14:paraId="4E5E254E" w14:textId="77777777" w:rsidR="007E5365" w:rsidRDefault="007E5365" w:rsidP="007E5365">
            <w:pPr>
              <w:rPr>
                <w:b/>
              </w:rPr>
            </w:pPr>
            <w:r>
              <w:rPr>
                <w:b/>
                <w:sz w:val="15"/>
              </w:rPr>
              <w:t>LGA</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0CCA09B7" w14:textId="77777777" w:rsidR="007E5365" w:rsidRDefault="007E5365" w:rsidP="007E5365">
            <w:pPr>
              <w:spacing w:line="180" w:lineRule="auto"/>
              <w:rPr>
                <w:sz w:val="22"/>
              </w:rPr>
            </w:pPr>
          </w:p>
        </w:tc>
      </w:tr>
      <w:tr w:rsidR="007E5365" w14:paraId="0F4CAF06" w14:textId="77777777" w:rsidTr="007E5365">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DDEBF7"/>
            <w:tcMar>
              <w:top w:w="30" w:type="dxa"/>
              <w:left w:w="75" w:type="dxa"/>
              <w:bottom w:w="30" w:type="dxa"/>
              <w:right w:w="75" w:type="dxa"/>
            </w:tcMar>
            <w:vAlign w:val="center"/>
          </w:tcPr>
          <w:p w14:paraId="57CA3AFE" w14:textId="77777777" w:rsidR="007E5365" w:rsidRDefault="007E5365" w:rsidP="007E5365">
            <w:pPr>
              <w:rPr>
                <w:b/>
              </w:rPr>
            </w:pPr>
            <w:r>
              <w:rPr>
                <w:b/>
                <w:sz w:val="15"/>
              </w:rPr>
              <w:t>STATE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044612D2" w14:textId="77777777" w:rsidR="007E5365" w:rsidRDefault="007E5365" w:rsidP="007E5365">
            <w:pPr>
              <w:spacing w:line="180" w:lineRule="auto"/>
              <w:rPr>
                <w:sz w:val="22"/>
              </w:rPr>
            </w:pPr>
          </w:p>
        </w:tc>
      </w:tr>
    </w:tbl>
    <w:tbl>
      <w:tblPr>
        <w:tblW w:w="0" w:type="auto"/>
        <w:jc w:val="center"/>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ook w:val="04A0" w:firstRow="1" w:lastRow="0" w:firstColumn="1" w:lastColumn="0" w:noHBand="0" w:noVBand="1"/>
      </w:tblPr>
      <w:tblGrid>
        <w:gridCol w:w="10944"/>
      </w:tblGrid>
      <w:tr w:rsidR="0066612F" w14:paraId="27BBBD9B" w14:textId="77777777">
        <w:trPr>
          <w:cantSplit/>
          <w:jc w:val="center"/>
        </w:trPr>
        <w:tc>
          <w:tcPr>
            <w:tcW w:w="10944" w:type="dxa"/>
            <w:tcBorders>
              <w:top w:val="single" w:sz="8" w:space="0" w:color="1F4E79"/>
              <w:left w:val="single" w:sz="8" w:space="0" w:color="1F4E79"/>
              <w:bottom w:val="single" w:sz="8" w:space="0" w:color="1F4E79"/>
              <w:right w:val="single" w:sz="8" w:space="0" w:color="1F4E79"/>
            </w:tcBorders>
            <w:shd w:val="clear" w:color="auto" w:fill="1F4E79"/>
            <w:tcMar>
              <w:top w:w="30" w:type="dxa"/>
              <w:left w:w="75" w:type="dxa"/>
              <w:bottom w:w="30" w:type="dxa"/>
              <w:right w:w="75" w:type="dxa"/>
            </w:tcMar>
          </w:tcPr>
          <w:p w14:paraId="0BE33D85" w14:textId="77777777" w:rsidR="0066612F" w:rsidRDefault="00000000">
            <w:r>
              <w:rPr>
                <w:rFonts w:ascii="Aptos Display" w:hAnsi="Aptos Display"/>
                <w:b/>
                <w:color w:val="FFFFFF"/>
                <w:sz w:val="17"/>
              </w:rPr>
              <w:t>2. SUBSCRIPTION DETAILS</w:t>
            </w:r>
          </w:p>
        </w:tc>
      </w:tr>
    </w:tbl>
    <w:tbl>
      <w:tblPr>
        <w:tblW w:w="11232" w:type="dxa"/>
        <w:jc w:val="center"/>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ayout w:type="fixed"/>
        <w:tblLook w:val="04A0" w:firstRow="1" w:lastRow="0" w:firstColumn="1" w:lastColumn="0" w:noHBand="0" w:noVBand="1"/>
      </w:tblPr>
      <w:tblGrid>
        <w:gridCol w:w="3666"/>
        <w:gridCol w:w="7566"/>
      </w:tblGrid>
      <w:tr w:rsidR="0066612F" w14:paraId="3820A5E1" w14:textId="77777777" w:rsidTr="00734C17">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6865B62D" w14:textId="77777777" w:rsidR="0066612F" w:rsidRDefault="00000000">
            <w:r>
              <w:rPr>
                <w:b/>
                <w:sz w:val="15"/>
              </w:rPr>
              <w:t>Offer Name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210AD882" w14:textId="77777777" w:rsidR="0066612F" w:rsidRDefault="00000000">
            <w:pPr>
              <w:spacing w:line="180" w:lineRule="auto"/>
            </w:pPr>
            <w:r>
              <w:rPr>
                <w:sz w:val="10"/>
              </w:rPr>
              <w:t xml:space="preserve"> </w:t>
            </w:r>
          </w:p>
        </w:tc>
      </w:tr>
      <w:tr w:rsidR="0066612F" w14:paraId="2321AAE3" w14:textId="77777777" w:rsidTr="00734C17">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57887A7C" w14:textId="77777777" w:rsidR="0066612F" w:rsidRDefault="00000000">
            <w:r>
              <w:rPr>
                <w:b/>
                <w:sz w:val="15"/>
              </w:rPr>
              <w:t>Number of Shares</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29CFC768" w14:textId="77777777" w:rsidR="0066612F" w:rsidRDefault="00000000">
            <w:pPr>
              <w:spacing w:line="180" w:lineRule="auto"/>
            </w:pPr>
            <w:r>
              <w:rPr>
                <w:sz w:val="10"/>
              </w:rPr>
              <w:t xml:space="preserve"> </w:t>
            </w:r>
          </w:p>
        </w:tc>
      </w:tr>
      <w:tr w:rsidR="00BD73E9" w14:paraId="70154E1F" w14:textId="77777777" w:rsidTr="00734C17">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5DA59297" w14:textId="77777777" w:rsidR="00BD73E9" w:rsidRDefault="00BD73E9">
            <w:pPr>
              <w:rPr>
                <w:b/>
              </w:rPr>
            </w:pPr>
            <w:r>
              <w:rPr>
                <w:b/>
                <w:sz w:val="15"/>
              </w:rPr>
              <w:t>Amount to be paid</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33F599AD" w14:textId="77777777" w:rsidR="00BD73E9" w:rsidRDefault="00BD73E9">
            <w:pPr>
              <w:spacing w:line="180" w:lineRule="auto"/>
              <w:rPr>
                <w:sz w:val="22"/>
              </w:rPr>
            </w:pPr>
          </w:p>
        </w:tc>
      </w:tr>
      <w:tr w:rsidR="00734C17" w14:paraId="3357B149" w14:textId="77777777" w:rsidTr="00734C17">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7C62F804" w14:textId="77777777" w:rsidR="00734C17" w:rsidRDefault="00734C17" w:rsidP="00734C17">
            <w:pPr>
              <w:rPr>
                <w:b/>
                <w:sz w:val="15"/>
              </w:rPr>
            </w:pPr>
            <w:r w:rsidRPr="00734C17">
              <w:rPr>
                <w:b/>
                <w:sz w:val="15"/>
              </w:rPr>
              <w:t>Preferred Bank Account Number for Credit</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7BD19BEC" w14:textId="77777777" w:rsidR="00734C17" w:rsidRDefault="00734C17" w:rsidP="00734C17">
            <w:pPr>
              <w:spacing w:line="180" w:lineRule="auto"/>
              <w:rPr>
                <w:sz w:val="22"/>
              </w:rPr>
            </w:pPr>
          </w:p>
        </w:tc>
      </w:tr>
      <w:tr w:rsidR="00734C17" w14:paraId="4D5FB1F0" w14:textId="77777777" w:rsidTr="00734C17">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4638FD6F" w14:textId="77777777" w:rsidR="00734C17" w:rsidRDefault="00734C17" w:rsidP="00734C17">
            <w:pPr>
              <w:rPr>
                <w:b/>
                <w:sz w:val="15"/>
              </w:rPr>
            </w:pPr>
            <w:r w:rsidRPr="00734C17">
              <w:rPr>
                <w:b/>
                <w:sz w:val="15"/>
              </w:rPr>
              <w:t>Bank Name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135F62D8" w14:textId="77777777" w:rsidR="00734C17" w:rsidRDefault="00734C17" w:rsidP="00734C17">
            <w:pPr>
              <w:spacing w:line="180" w:lineRule="auto"/>
              <w:rPr>
                <w:sz w:val="22"/>
              </w:rPr>
            </w:pPr>
          </w:p>
        </w:tc>
      </w:tr>
    </w:tbl>
    <w:tbl>
      <w:tblPr>
        <w:tblW w:w="0" w:type="auto"/>
        <w:tblBorders>
          <w:top w:val="single" w:sz="6" w:space="0" w:color="9FB6CC"/>
          <w:left w:val="single" w:sz="6" w:space="0" w:color="9FB6CC"/>
          <w:bottom w:val="single" w:sz="6" w:space="0" w:color="9FB6CC"/>
          <w:right w:val="single" w:sz="6" w:space="0" w:color="9FB6CC"/>
          <w:insideH w:val="single" w:sz="6" w:space="0" w:color="9FB6CC"/>
          <w:insideV w:val="single" w:sz="6" w:space="0" w:color="9FB6CC"/>
        </w:tblBorders>
        <w:tblLook w:val="04A0" w:firstRow="1" w:lastRow="0" w:firstColumn="1" w:lastColumn="0" w:noHBand="0" w:noVBand="1"/>
      </w:tblPr>
      <w:tblGrid>
        <w:gridCol w:w="5472"/>
        <w:gridCol w:w="5472"/>
      </w:tblGrid>
      <w:tr w:rsidR="0066612F" w14:paraId="1C61CF71" w14:textId="77777777">
        <w:trPr>
          <w:cantSplit/>
        </w:trPr>
        <w:tc>
          <w:tcPr>
            <w:tcW w:w="10944" w:type="dxa"/>
            <w:gridSpan w:val="2"/>
            <w:tcBorders>
              <w:top w:val="single" w:sz="6" w:space="0" w:color="B4C7E7"/>
              <w:left w:val="single" w:sz="6" w:space="0" w:color="B4C7E7"/>
              <w:bottom w:val="single" w:sz="6" w:space="0" w:color="B4C7E7"/>
              <w:right w:val="single" w:sz="6" w:space="0" w:color="B4C7E7"/>
            </w:tcBorders>
            <w:shd w:val="clear" w:color="auto" w:fill="F7F9FC"/>
            <w:tcMar>
              <w:top w:w="30" w:type="dxa"/>
              <w:left w:w="55" w:type="dxa"/>
              <w:bottom w:w="20" w:type="dxa"/>
              <w:right w:w="55" w:type="dxa"/>
            </w:tcMar>
            <w:vAlign w:val="center"/>
          </w:tcPr>
          <w:p w14:paraId="4ADA3239" w14:textId="77777777" w:rsidR="004C680E" w:rsidRPr="00015DEB" w:rsidRDefault="004C680E" w:rsidP="004C680E">
            <w:pPr>
              <w:spacing w:after="8" w:line="206" w:lineRule="auto"/>
              <w:jc w:val="both"/>
              <w:rPr>
                <w:rFonts w:ascii="Arial" w:hAnsi="Arial"/>
                <w:sz w:val="12"/>
              </w:rPr>
            </w:pPr>
            <w:r>
              <w:rPr>
                <w:rFonts w:ascii="Arial" w:hAnsi="Arial"/>
                <w:sz w:val="12"/>
              </w:rPr>
              <w:t xml:space="preserve">I/We consent to the collection, processing, use and disclosure of my/our personal data and information in connection with my/our application for shares of the </w:t>
            </w:r>
            <w:r w:rsidRPr="00015DEB">
              <w:rPr>
                <w:rFonts w:ascii="Arial" w:hAnsi="Arial"/>
                <w:sz w:val="12"/>
              </w:rPr>
              <w:t>Dangote Refinery Initial Public Offering ("IPO")</w:t>
            </w:r>
            <w:r>
              <w:rPr>
                <w:rFonts w:ascii="Arial" w:hAnsi="Arial"/>
                <w:sz w:val="12"/>
              </w:rPr>
              <w:t>.</w:t>
            </w:r>
          </w:p>
          <w:p w14:paraId="2FC58E3F" w14:textId="77777777" w:rsidR="004C680E" w:rsidRDefault="004C680E" w:rsidP="004C680E">
            <w:pPr>
              <w:spacing w:after="8" w:line="206" w:lineRule="auto"/>
              <w:jc w:val="both"/>
              <w:rPr>
                <w:rFonts w:ascii="Arial" w:hAnsi="Arial"/>
                <w:sz w:val="12"/>
              </w:rPr>
            </w:pPr>
            <w:r>
              <w:rPr>
                <w:rFonts w:ascii="Arial" w:hAnsi="Arial"/>
                <w:sz w:val="12"/>
              </w:rPr>
              <w:t xml:space="preserve">I/We agree that </w:t>
            </w:r>
            <w:r w:rsidRPr="00015DEB">
              <w:rPr>
                <w:rFonts w:ascii="Arial" w:hAnsi="Arial"/>
                <w:sz w:val="12"/>
              </w:rPr>
              <w:t>Keystone Bank Limited</w:t>
            </w:r>
            <w:r>
              <w:rPr>
                <w:rFonts w:ascii="Arial" w:hAnsi="Arial"/>
                <w:sz w:val="12"/>
              </w:rPr>
              <w:t>, as the receiving bank, collection bank and/or agent for the IPO, may collect, process, retain and submit my/our data and/or information for the purpose of processing my/our application and complying with applicable legal and regulatory requirements for the IPO.</w:t>
            </w:r>
          </w:p>
          <w:p w14:paraId="48EEE30C" w14:textId="77777777" w:rsidR="004C680E" w:rsidRPr="00015DEB" w:rsidRDefault="004C680E" w:rsidP="004C680E">
            <w:pPr>
              <w:spacing w:after="8" w:line="206" w:lineRule="auto"/>
              <w:jc w:val="both"/>
              <w:rPr>
                <w:rFonts w:ascii="Arial" w:hAnsi="Arial"/>
                <w:sz w:val="12"/>
              </w:rPr>
            </w:pPr>
          </w:p>
          <w:p w14:paraId="0F892D3D" w14:textId="77777777" w:rsidR="004C680E" w:rsidRPr="00015DEB" w:rsidRDefault="004C680E" w:rsidP="004C680E">
            <w:pPr>
              <w:spacing w:after="8" w:line="206" w:lineRule="auto"/>
              <w:jc w:val="both"/>
              <w:rPr>
                <w:rFonts w:ascii="Arial" w:hAnsi="Arial"/>
                <w:sz w:val="12"/>
              </w:rPr>
            </w:pPr>
            <w:r>
              <w:rPr>
                <w:rFonts w:ascii="Arial" w:hAnsi="Arial"/>
                <w:sz w:val="12"/>
              </w:rPr>
              <w:t xml:space="preserve">I/We also consent to the Bank sharing my/our data and/or information with the relevant regulatory and market authorities, including but not limited to the </w:t>
            </w:r>
            <w:r w:rsidRPr="00015DEB">
              <w:rPr>
                <w:rFonts w:ascii="Arial" w:hAnsi="Arial"/>
                <w:sz w:val="12"/>
              </w:rPr>
              <w:t>Nigerian Exchange Group (NGX), Central Securities Clearing System (CSCS), Securities and Exchange Commission (SEC)</w:t>
            </w:r>
            <w:r>
              <w:rPr>
                <w:rFonts w:ascii="Arial" w:hAnsi="Arial"/>
                <w:sz w:val="12"/>
              </w:rPr>
              <w:t>, and any other relevant party involved in the IPO, where required or permitted by law.</w:t>
            </w:r>
          </w:p>
          <w:p w14:paraId="1C992387" w14:textId="77777777" w:rsidR="004C680E" w:rsidRDefault="004C680E" w:rsidP="004C680E">
            <w:pPr>
              <w:spacing w:after="8" w:line="206" w:lineRule="auto"/>
              <w:jc w:val="both"/>
              <w:rPr>
                <w:rFonts w:ascii="Arial" w:hAnsi="Arial"/>
                <w:sz w:val="12"/>
              </w:rPr>
            </w:pPr>
            <w:r>
              <w:rPr>
                <w:rFonts w:ascii="Arial" w:hAnsi="Arial"/>
                <w:sz w:val="12"/>
              </w:rPr>
              <w:t>I/We confirm that the information provided is true, accurate and complete, and consent to its use for the purposes stated above.</w:t>
            </w:r>
          </w:p>
          <w:p w14:paraId="39F4A585" w14:textId="77777777" w:rsidR="004C680E" w:rsidRPr="00015DEB" w:rsidRDefault="004C680E" w:rsidP="004C680E">
            <w:pPr>
              <w:spacing w:after="8" w:line="206" w:lineRule="auto"/>
              <w:jc w:val="both"/>
              <w:rPr>
                <w:rFonts w:ascii="Arial" w:hAnsi="Arial"/>
                <w:sz w:val="12"/>
              </w:rPr>
            </w:pPr>
          </w:p>
          <w:p w14:paraId="797EB0FC" w14:textId="77777777" w:rsidR="004C680E" w:rsidRPr="00015DEB" w:rsidRDefault="004C680E" w:rsidP="004C680E">
            <w:pPr>
              <w:spacing w:after="8" w:line="206" w:lineRule="auto"/>
              <w:jc w:val="both"/>
              <w:rPr>
                <w:rFonts w:ascii="Arial" w:hAnsi="Arial"/>
                <w:sz w:val="12"/>
              </w:rPr>
            </w:pPr>
            <w:r w:rsidRPr="00015DEB">
              <w:rPr>
                <w:rFonts w:ascii="Arial" w:hAnsi="Arial"/>
                <w:sz w:val="12"/>
              </w:rPr>
              <w:t>I/We confirm that I/We are authorized to submit this subscription and, where I/We are acting on behalf of another person, including a minor, I/We confirm that I/We have the requisite legal authority and consent to act on that person's behalf and undertake to provide the required information and documentation to that effect.</w:t>
            </w:r>
          </w:p>
          <w:p w14:paraId="0C58B34E" w14:textId="77777777" w:rsidR="004C680E" w:rsidRPr="00015DEB" w:rsidRDefault="004C680E" w:rsidP="004C680E">
            <w:pPr>
              <w:spacing w:after="8" w:line="206" w:lineRule="auto"/>
              <w:jc w:val="both"/>
              <w:rPr>
                <w:rFonts w:ascii="Arial" w:hAnsi="Arial"/>
                <w:sz w:val="12"/>
              </w:rPr>
            </w:pPr>
          </w:p>
          <w:p w14:paraId="41E35F46" w14:textId="77777777" w:rsidR="004C680E" w:rsidRPr="00015DEB" w:rsidRDefault="004C680E" w:rsidP="004C680E">
            <w:pPr>
              <w:spacing w:after="8" w:line="206" w:lineRule="auto"/>
              <w:jc w:val="both"/>
              <w:rPr>
                <w:rFonts w:ascii="Arial" w:hAnsi="Arial"/>
                <w:sz w:val="12"/>
              </w:rPr>
            </w:pPr>
            <w:r w:rsidRPr="00015DEB">
              <w:rPr>
                <w:rFonts w:ascii="Arial" w:hAnsi="Arial"/>
                <w:sz w:val="12"/>
              </w:rPr>
              <w:t>I/We acknowledge that I/We have read, understood, and accepted the Keystone Bank's Privacy Policy which is available through the provided  link: (</w:t>
            </w:r>
            <w:hyperlink r:id="rId6" w:tgtFrame="_blank" w:tooltip="Original URL: http://www.keystonebankng.com/kbl-data-privacy-policy-3/. Click or tap if you trust this link." w:history="1">
              <w:r w:rsidRPr="00015DEB">
                <w:rPr>
                  <w:rFonts w:ascii="Arial" w:hAnsi="Arial"/>
                  <w:sz w:val="12"/>
                </w:rPr>
                <w:t>www.keystonebankng.com/kbl-data-privacy-policy-3/</w:t>
              </w:r>
            </w:hyperlink>
            <w:hyperlink r:id="rId7" w:tgtFrame="_blank" w:tooltip="Original URL: https://www.keystonebankng.com/kbl-data-privacy-policy-3/. Click or tap if you trust this link." w:history="1">
              <w:r w:rsidRPr="00015DEB">
                <w:rPr>
                  <w:rFonts w:ascii="Arial" w:hAnsi="Arial"/>
                  <w:sz w:val="12"/>
                </w:rPr>
                <w:t>)</w:t>
              </w:r>
            </w:hyperlink>
            <w:r w:rsidRPr="00015DEB">
              <w:rPr>
                <w:rFonts w:ascii="Arial" w:hAnsi="Arial"/>
                <w:sz w:val="12"/>
              </w:rPr>
              <w:t> and acknowledge that the processing of my/our personal data shall be carried out in accordance with the Nigeria Data Protection Act 2023 and the General Application and Implementation Directive 2025.</w:t>
            </w:r>
          </w:p>
          <w:p w14:paraId="4ACAD326" w14:textId="77777777" w:rsidR="004C680E" w:rsidRPr="00015DEB" w:rsidRDefault="004C680E" w:rsidP="004C680E">
            <w:pPr>
              <w:spacing w:after="8" w:line="206" w:lineRule="auto"/>
              <w:jc w:val="both"/>
              <w:rPr>
                <w:rFonts w:ascii="Arial" w:hAnsi="Arial"/>
                <w:sz w:val="12"/>
              </w:rPr>
            </w:pPr>
          </w:p>
          <w:p w14:paraId="62134706" w14:textId="77777777" w:rsidR="004C680E" w:rsidRPr="00015DEB" w:rsidRDefault="004C680E" w:rsidP="004C680E">
            <w:pPr>
              <w:spacing w:after="8" w:line="206" w:lineRule="auto"/>
              <w:jc w:val="both"/>
              <w:rPr>
                <w:rFonts w:ascii="Arial" w:hAnsi="Arial"/>
                <w:sz w:val="12"/>
              </w:rPr>
            </w:pPr>
            <w:r w:rsidRPr="00015DEB">
              <w:rPr>
                <w:rFonts w:ascii="Arial" w:hAnsi="Arial"/>
                <w:sz w:val="12"/>
              </w:rPr>
              <w:t>Investors are advised to carefully review the Dangote IPO prospectus and other Offer documents and make their own independent investment decisions by seeking appropriate professional advice from their own legal, financial and or accounting advisors and Stockbrokers. </w:t>
            </w:r>
          </w:p>
          <w:p w14:paraId="1FEB2E74" w14:textId="77777777" w:rsidR="0066612F" w:rsidRDefault="00000000">
            <w:pPr>
              <w:spacing w:before="12" w:line="216" w:lineRule="auto"/>
            </w:pPr>
            <w:r>
              <w:rPr>
                <w:rFonts w:ascii="Arial" w:hAnsi="Arial"/>
                <w:sz w:val="12"/>
              </w:rPr>
              <w:t>☐  I confirm that the information provided above is true and correct and that this subscription is made in my individual capacity.</w:t>
            </w:r>
          </w:p>
        </w:tc>
      </w:tr>
      <w:tr w:rsidR="0066612F" w14:paraId="465982D4" w14:textId="77777777">
        <w:tblPrEx>
          <w:jc w:val="center"/>
        </w:tblPrEx>
        <w:trPr>
          <w:cantSplit/>
          <w:jc w:val="center"/>
        </w:trPr>
        <w:tc>
          <w:tcPr>
            <w:tcW w:w="5472" w:type="dxa"/>
            <w:tcBorders>
              <w:top w:val="single" w:sz="0" w:space="0" w:color="FFFFFF"/>
              <w:left w:val="single" w:sz="0" w:space="0" w:color="FFFFFF"/>
              <w:bottom w:val="single" w:sz="0" w:space="0" w:color="FFFFFF"/>
              <w:right w:val="single" w:sz="0" w:space="0" w:color="FFFFFF"/>
            </w:tcBorders>
            <w:tcMar>
              <w:top w:w="30" w:type="dxa"/>
              <w:left w:w="75" w:type="dxa"/>
              <w:bottom w:w="30" w:type="dxa"/>
              <w:right w:w="75" w:type="dxa"/>
            </w:tcMar>
            <w:vAlign w:val="center"/>
          </w:tcPr>
          <w:p w14:paraId="6F5FEE7A" w14:textId="77777777" w:rsidR="00BD73E9" w:rsidRDefault="00BD73E9">
            <w:pPr>
              <w:spacing w:line="180" w:lineRule="auto"/>
            </w:pPr>
          </w:p>
          <w:p w14:paraId="7CE34615" w14:textId="77777777" w:rsidR="004C680E" w:rsidRDefault="004C680E">
            <w:pPr>
              <w:rPr>
                <w:sz w:val="15"/>
              </w:rPr>
            </w:pPr>
          </w:p>
          <w:p w14:paraId="68746674" w14:textId="77777777" w:rsidR="004C680E" w:rsidRDefault="004C680E">
            <w:pPr>
              <w:rPr>
                <w:sz w:val="15"/>
              </w:rPr>
            </w:pPr>
          </w:p>
          <w:p w14:paraId="7F3A4CFF" w14:textId="77777777" w:rsidR="004C680E" w:rsidRDefault="004C680E">
            <w:pPr>
              <w:rPr>
                <w:sz w:val="15"/>
              </w:rPr>
            </w:pPr>
          </w:p>
          <w:p w14:paraId="3B5F6066" w14:textId="77777777" w:rsidR="004C680E" w:rsidRDefault="004C680E">
            <w:pPr>
              <w:rPr>
                <w:sz w:val="15"/>
              </w:rPr>
            </w:pPr>
          </w:p>
          <w:p w14:paraId="49F95412" w14:textId="77777777" w:rsidR="004C680E" w:rsidRDefault="004C680E">
            <w:pPr>
              <w:rPr>
                <w:sz w:val="15"/>
              </w:rPr>
            </w:pPr>
          </w:p>
          <w:p w14:paraId="107E7FDD" w14:textId="77777777" w:rsidR="004C680E" w:rsidRDefault="004C680E">
            <w:pPr>
              <w:rPr>
                <w:sz w:val="15"/>
              </w:rPr>
            </w:pPr>
          </w:p>
          <w:p w14:paraId="4E4CA2A6" w14:textId="7D1B043C" w:rsidR="0066612F" w:rsidRDefault="00000000">
            <w:r>
              <w:rPr>
                <w:sz w:val="15"/>
              </w:rPr>
              <w:br/>
              <w:t>_______________________________</w:t>
            </w:r>
            <w:r>
              <w:rPr>
                <w:sz w:val="15"/>
              </w:rPr>
              <w:br/>
              <w:t>Subscriber's Signature</w:t>
            </w:r>
          </w:p>
        </w:tc>
        <w:tc>
          <w:tcPr>
            <w:tcW w:w="5472" w:type="dxa"/>
            <w:tcBorders>
              <w:top w:val="single" w:sz="0" w:space="0" w:color="FFFFFF"/>
              <w:left w:val="single" w:sz="0" w:space="0" w:color="FFFFFF"/>
              <w:bottom w:val="single" w:sz="0" w:space="0" w:color="FFFFFF"/>
              <w:right w:val="single" w:sz="0" w:space="0" w:color="FFFFFF"/>
            </w:tcBorders>
            <w:tcMar>
              <w:top w:w="30" w:type="dxa"/>
              <w:left w:w="75" w:type="dxa"/>
              <w:bottom w:w="30" w:type="dxa"/>
              <w:right w:w="75" w:type="dxa"/>
            </w:tcMar>
            <w:vAlign w:val="center"/>
          </w:tcPr>
          <w:p w14:paraId="622894A5" w14:textId="77777777" w:rsidR="004C680E" w:rsidRDefault="004C680E">
            <w:pPr>
              <w:spacing w:line="180" w:lineRule="auto"/>
              <w:rPr>
                <w:sz w:val="10"/>
              </w:rPr>
            </w:pPr>
          </w:p>
          <w:p w14:paraId="01A903F7" w14:textId="77777777" w:rsidR="004C680E" w:rsidRDefault="004C680E">
            <w:pPr>
              <w:spacing w:line="180" w:lineRule="auto"/>
              <w:rPr>
                <w:sz w:val="10"/>
              </w:rPr>
            </w:pPr>
          </w:p>
          <w:p w14:paraId="30CB06D3" w14:textId="77777777" w:rsidR="004C680E" w:rsidRDefault="004C680E">
            <w:pPr>
              <w:spacing w:line="180" w:lineRule="auto"/>
              <w:rPr>
                <w:sz w:val="10"/>
              </w:rPr>
            </w:pPr>
          </w:p>
          <w:p w14:paraId="3C9A533C" w14:textId="77777777" w:rsidR="004C680E" w:rsidRDefault="004C680E">
            <w:pPr>
              <w:spacing w:line="180" w:lineRule="auto"/>
              <w:rPr>
                <w:sz w:val="10"/>
              </w:rPr>
            </w:pPr>
          </w:p>
          <w:p w14:paraId="23702DDE" w14:textId="77777777" w:rsidR="004C680E" w:rsidRDefault="004C680E">
            <w:pPr>
              <w:spacing w:line="180" w:lineRule="auto"/>
              <w:rPr>
                <w:sz w:val="10"/>
              </w:rPr>
            </w:pPr>
          </w:p>
          <w:p w14:paraId="09DD50E1" w14:textId="77777777" w:rsidR="004C680E" w:rsidRDefault="004C680E">
            <w:pPr>
              <w:spacing w:line="180" w:lineRule="auto"/>
              <w:rPr>
                <w:sz w:val="10"/>
              </w:rPr>
            </w:pPr>
          </w:p>
          <w:p w14:paraId="3356EB41" w14:textId="77777777" w:rsidR="004C680E" w:rsidRDefault="004C680E">
            <w:pPr>
              <w:spacing w:line="180" w:lineRule="auto"/>
              <w:rPr>
                <w:sz w:val="10"/>
              </w:rPr>
            </w:pPr>
          </w:p>
          <w:p w14:paraId="1BC29A18" w14:textId="77777777" w:rsidR="004C680E" w:rsidRDefault="004C680E">
            <w:pPr>
              <w:spacing w:line="180" w:lineRule="auto"/>
              <w:rPr>
                <w:sz w:val="10"/>
              </w:rPr>
            </w:pPr>
          </w:p>
          <w:p w14:paraId="37FB9EE4" w14:textId="77777777" w:rsidR="004C680E" w:rsidRDefault="004C680E">
            <w:pPr>
              <w:spacing w:line="180" w:lineRule="auto"/>
              <w:rPr>
                <w:sz w:val="10"/>
              </w:rPr>
            </w:pPr>
          </w:p>
          <w:p w14:paraId="0D339463" w14:textId="77777777" w:rsidR="004C680E" w:rsidRDefault="004C680E">
            <w:pPr>
              <w:spacing w:line="180" w:lineRule="auto"/>
              <w:rPr>
                <w:sz w:val="10"/>
              </w:rPr>
            </w:pPr>
          </w:p>
          <w:p w14:paraId="688DF5D7" w14:textId="77777777" w:rsidR="004C680E" w:rsidRDefault="004C680E">
            <w:pPr>
              <w:spacing w:line="180" w:lineRule="auto"/>
              <w:rPr>
                <w:sz w:val="10"/>
              </w:rPr>
            </w:pPr>
          </w:p>
          <w:p w14:paraId="5FD36CE3" w14:textId="77777777" w:rsidR="004C680E" w:rsidRDefault="004C680E">
            <w:pPr>
              <w:spacing w:line="180" w:lineRule="auto"/>
              <w:rPr>
                <w:sz w:val="10"/>
              </w:rPr>
            </w:pPr>
          </w:p>
          <w:p w14:paraId="5CDC79CF" w14:textId="77777777" w:rsidR="004C680E" w:rsidRDefault="004C680E">
            <w:pPr>
              <w:spacing w:line="180" w:lineRule="auto"/>
              <w:rPr>
                <w:sz w:val="10"/>
              </w:rPr>
            </w:pPr>
          </w:p>
          <w:p w14:paraId="7642AA5E" w14:textId="77777777" w:rsidR="004C680E" w:rsidRDefault="004C680E">
            <w:pPr>
              <w:spacing w:line="180" w:lineRule="auto"/>
              <w:rPr>
                <w:sz w:val="10"/>
              </w:rPr>
            </w:pPr>
          </w:p>
          <w:p w14:paraId="5D2C3330" w14:textId="77777777" w:rsidR="004C680E" w:rsidRDefault="004C680E">
            <w:pPr>
              <w:spacing w:line="180" w:lineRule="auto"/>
              <w:rPr>
                <w:sz w:val="10"/>
              </w:rPr>
            </w:pPr>
          </w:p>
          <w:p w14:paraId="6D089C89" w14:textId="768EBE6C" w:rsidR="00BD73E9" w:rsidRDefault="00000000">
            <w:pPr>
              <w:spacing w:line="180" w:lineRule="auto"/>
            </w:pPr>
            <w:r>
              <w:rPr>
                <w:sz w:val="10"/>
              </w:rPr>
              <w:br/>
            </w:r>
          </w:p>
          <w:p w14:paraId="7E6A12A0" w14:textId="77777777" w:rsidR="0066612F" w:rsidRDefault="00000000">
            <w:r>
              <w:rPr>
                <w:sz w:val="15"/>
              </w:rPr>
              <w:t>________________</w:t>
            </w:r>
            <w:r>
              <w:rPr>
                <w:sz w:val="15"/>
              </w:rPr>
              <w:br/>
              <w:t>Date</w:t>
            </w:r>
          </w:p>
        </w:tc>
      </w:tr>
    </w:tbl>
    <w:p w14:paraId="5D398488" w14:textId="77777777" w:rsidR="00734C17" w:rsidRDefault="00734C17" w:rsidP="00734C17">
      <w:pPr>
        <w:jc w:val="right"/>
      </w:pPr>
    </w:p>
    <w:sectPr w:rsidR="00734C17" w:rsidSect="00034616">
      <w:pgSz w:w="12240" w:h="15840"/>
      <w:pgMar w:top="403" w:right="605" w:bottom="403" w:left="60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1621580">
    <w:abstractNumId w:val="8"/>
  </w:num>
  <w:num w:numId="2" w16cid:durableId="1288395160">
    <w:abstractNumId w:val="6"/>
  </w:num>
  <w:num w:numId="3" w16cid:durableId="700128681">
    <w:abstractNumId w:val="5"/>
  </w:num>
  <w:num w:numId="4" w16cid:durableId="2070883406">
    <w:abstractNumId w:val="4"/>
  </w:num>
  <w:num w:numId="5" w16cid:durableId="1863855137">
    <w:abstractNumId w:val="7"/>
  </w:num>
  <w:num w:numId="6" w16cid:durableId="640117671">
    <w:abstractNumId w:val="3"/>
  </w:num>
  <w:num w:numId="7" w16cid:durableId="2053268992">
    <w:abstractNumId w:val="2"/>
  </w:num>
  <w:num w:numId="8" w16cid:durableId="67729805">
    <w:abstractNumId w:val="1"/>
  </w:num>
  <w:num w:numId="9" w16cid:durableId="1809661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559"/>
    <w:rsid w:val="0003186E"/>
    <w:rsid w:val="00034616"/>
    <w:rsid w:val="0005289E"/>
    <w:rsid w:val="0006063C"/>
    <w:rsid w:val="000F7B09"/>
    <w:rsid w:val="0015074B"/>
    <w:rsid w:val="00197E63"/>
    <w:rsid w:val="0028535E"/>
    <w:rsid w:val="0029639D"/>
    <w:rsid w:val="002A6279"/>
    <w:rsid w:val="00313BBF"/>
    <w:rsid w:val="00326F90"/>
    <w:rsid w:val="003A5988"/>
    <w:rsid w:val="004C680E"/>
    <w:rsid w:val="0066612F"/>
    <w:rsid w:val="006B21BA"/>
    <w:rsid w:val="00734C17"/>
    <w:rsid w:val="007C753A"/>
    <w:rsid w:val="007E5365"/>
    <w:rsid w:val="009F0107"/>
    <w:rsid w:val="00A637B1"/>
    <w:rsid w:val="00A94385"/>
    <w:rsid w:val="00AA1D8D"/>
    <w:rsid w:val="00B47730"/>
    <w:rsid w:val="00B759C5"/>
    <w:rsid w:val="00BD73E9"/>
    <w:rsid w:val="00C279A2"/>
    <w:rsid w:val="00C82868"/>
    <w:rsid w:val="00CB0664"/>
    <w:rsid w:val="00DF376F"/>
    <w:rsid w:val="00F20A10"/>
    <w:rsid w:val="00F763C6"/>
    <w:rsid w:val="00F9497C"/>
    <w:rsid w:val="00FB13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50C5A8"/>
  <w14:defaultImageDpi w14:val="300"/>
  <w15:docId w15:val="{8DBC58B8-291B-4C03-AC59-0C43DA02B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ptos" w:hAnsi="Aptos"/>
      <w:sz w:val="1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F763C6"/>
    <w:rPr>
      <w:sz w:val="16"/>
      <w:szCs w:val="16"/>
    </w:rPr>
  </w:style>
  <w:style w:type="paragraph" w:styleId="CommentText">
    <w:name w:val="annotation text"/>
    <w:basedOn w:val="Normal"/>
    <w:link w:val="CommentTextChar"/>
    <w:uiPriority w:val="99"/>
    <w:unhideWhenUsed/>
    <w:rsid w:val="00F763C6"/>
    <w:rPr>
      <w:sz w:val="20"/>
      <w:szCs w:val="20"/>
    </w:rPr>
  </w:style>
  <w:style w:type="character" w:customStyle="1" w:styleId="CommentTextChar">
    <w:name w:val="Comment Text Char"/>
    <w:basedOn w:val="DefaultParagraphFont"/>
    <w:link w:val="CommentText"/>
    <w:uiPriority w:val="99"/>
    <w:rsid w:val="00F763C6"/>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F763C6"/>
    <w:rPr>
      <w:b/>
      <w:bCs/>
    </w:rPr>
  </w:style>
  <w:style w:type="character" w:customStyle="1" w:styleId="CommentSubjectChar">
    <w:name w:val="Comment Subject Char"/>
    <w:basedOn w:val="CommentTextChar"/>
    <w:link w:val="CommentSubject"/>
    <w:uiPriority w:val="99"/>
    <w:semiHidden/>
    <w:rsid w:val="00F763C6"/>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ur02.safelinks.protection.outlook.com/?url=https%3A%2F%2Fwww.keystonebankng.com%2Fkbl-data-privacy-policy-3%2F&amp;data=05%7C02%7COlusholaFolahan%40keystonebankng.com%7C5e3d10204f50485b5f3708df14c113ec%7Cac5379c5033042e18995186a18e87aee%7C0%7C0%7C639252491859830945%7CUnknown%7CTWFpbGZsb3d8eyJFbXB0eU1hcGkiOnRydWUsIlYiOiIwLjAuMDAwMCIsIlAiOiJXaW4zMiIsIkFOIjoiTWFpbCIsIldUIjoyfQ%3D%3D%7C0%7C%7C%7C&amp;sdata=Oq%2Fbd30TyApl2jazMXrjp3GA5Z1PFxHAfsPijBadEYE%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02.safelinks.protection.outlook.com/?url=http%3A%2F%2Fwww.keystonebankng.com%2Fkbl-data-privacy-policy-3%2F&amp;data=05%7C02%7COlusholaFolahan%40keystonebankng.com%7C5e3d10204f50485b5f3708df14c113ec%7Cac5379c5033042e18995186a18e87aee%7C0%7C0%7C639252491859522128%7CUnknown%7CTWFpbGZsb3d8eyJFbXB0eU1hcGkiOnRydWUsIlYiOiIwLjAuMDAwMCIsIlAiOiJXaW4zMiIsIkFOIjoiTWFpbCIsIldUIjoyfQ%3D%3D%7C0%7C%7C%7C&amp;sdata=qRgC%2BpWI0OIqHtb7LtePx6e7P0T46%2FfrlBbD0k7MkwA%3D&amp;reserved=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Olushola Folahan</dc:creator>
  <cp:keywords/>
  <dc:description>generated by python-docx</dc:description>
  <cp:lastModifiedBy>Olushola Folahan</cp:lastModifiedBy>
  <cp:revision>2</cp:revision>
  <cp:lastPrinted>2026-09-14T09:43:00Z</cp:lastPrinted>
  <dcterms:created xsi:type="dcterms:W3CDTF">2026-09-17T14:50:00Z</dcterms:created>
  <dcterms:modified xsi:type="dcterms:W3CDTF">2026-09-17T14:50:00Z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ebb5d6-4713-4c99-900a-9cc6a4d921ff_Enabled">
    <vt:lpwstr>true</vt:lpwstr>
  </property>
  <property fmtid="{D5CDD505-2E9C-101B-9397-08002B2CF9AE}" pid="3" name="MSIP_Label_4aebb5d6-4713-4c99-900a-9cc6a4d921ff_SetDate">
    <vt:lpwstr>2026-09-14T09:43:02Z</vt:lpwstr>
  </property>
  <property fmtid="{D5CDD505-2E9C-101B-9397-08002B2CF9AE}" pid="4" name="MSIP_Label_4aebb5d6-4713-4c99-900a-9cc6a4d921ff_Method">
    <vt:lpwstr>Privileged</vt:lpwstr>
  </property>
  <property fmtid="{D5CDD505-2E9C-101B-9397-08002B2CF9AE}" pid="5" name="MSIP_Label_4aebb5d6-4713-4c99-900a-9cc6a4d921ff_Name">
    <vt:lpwstr>Public</vt:lpwstr>
  </property>
  <property fmtid="{D5CDD505-2E9C-101B-9397-08002B2CF9AE}" pid="6" name="MSIP_Label_4aebb5d6-4713-4c99-900a-9cc6a4d921ff_SiteId">
    <vt:lpwstr>ac5379c5-0330-42e1-8995-186a18e87aee</vt:lpwstr>
  </property>
  <property fmtid="{D5CDD505-2E9C-101B-9397-08002B2CF9AE}" pid="7" name="MSIP_Label_4aebb5d6-4713-4c99-900a-9cc6a4d921ff_ActionId">
    <vt:lpwstr>56a30d38-f0d8-4228-967e-f4db3c5f78ca</vt:lpwstr>
  </property>
  <property fmtid="{D5CDD505-2E9C-101B-9397-08002B2CF9AE}" pid="8" name="MSIP_Label_4aebb5d6-4713-4c99-900a-9cc6a4d921ff_ContentBits">
    <vt:lpwstr>0</vt:lpwstr>
  </property>
  <property fmtid="{D5CDD505-2E9C-101B-9397-08002B2CF9AE}" pid="9" name="MSIP_Label_4aebb5d6-4713-4c99-900a-9cc6a4d921ff_Tag">
    <vt:lpwstr>10, 0, 1, 1</vt:lpwstr>
  </property>
</Properties>
</file>