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328"/>
        <w:gridCol w:w="5328"/>
      </w:tblGrid>
      <w:tr w:rsidR="004D37EA" w14:paraId="08839984" w14:textId="77777777">
        <w:trPr>
          <w:cantSplit/>
          <w:jc w:val="center"/>
        </w:trPr>
        <w:tc>
          <w:tcPr>
            <w:tcW w:w="5328" w:type="dxa"/>
            <w:tcBorders>
              <w:top w:val="single" w:sz="0" w:space="0" w:color="FFFFFF"/>
              <w:left w:val="single" w:sz="0" w:space="0" w:color="FFFFFF"/>
              <w:bottom w:val="single" w:sz="0" w:space="0" w:color="FFFFFF"/>
              <w:right w:val="single" w:sz="0" w:space="0" w:color="FFFFFF"/>
            </w:tcBorders>
            <w:tcMar>
              <w:top w:w="100" w:type="dxa"/>
              <w:left w:w="100" w:type="dxa"/>
              <w:bottom w:w="100" w:type="dxa"/>
              <w:right w:w="100" w:type="dxa"/>
            </w:tcMar>
            <w:vAlign w:val="center"/>
          </w:tcPr>
          <w:p w14:paraId="4AADFD1F" w14:textId="77777777" w:rsidR="004D37EA" w:rsidRDefault="00000000">
            <w:pPr>
              <w:spacing w:after="0"/>
              <w:jc w:val="center"/>
            </w:pPr>
            <w:r>
              <w:rPr>
                <w:b/>
                <w:color w:val="4F81BD"/>
                <w:sz w:val="28"/>
              </w:rPr>
              <w:t>Keystone Bank Limited</w:t>
            </w:r>
          </w:p>
        </w:tc>
        <w:tc>
          <w:tcPr>
            <w:tcW w:w="5328" w:type="dxa"/>
            <w:tcBorders>
              <w:top w:val="single" w:sz="0" w:space="0" w:color="FFFFFF"/>
              <w:left w:val="single" w:sz="0" w:space="0" w:color="FFFFFF"/>
              <w:bottom w:val="single" w:sz="0" w:space="0" w:color="FFFFFF"/>
              <w:right w:val="single" w:sz="0" w:space="0" w:color="FFFFFF"/>
            </w:tcBorders>
            <w:tcMar>
              <w:top w:w="100" w:type="dxa"/>
              <w:left w:w="100" w:type="dxa"/>
              <w:bottom w:w="100" w:type="dxa"/>
              <w:right w:w="100" w:type="dxa"/>
            </w:tcMar>
          </w:tcPr>
          <w:p w14:paraId="0FD4718C" w14:textId="77777777" w:rsidR="004D37EA" w:rsidRDefault="00000000">
            <w:pPr>
              <w:spacing w:after="20"/>
              <w:jc w:val="center"/>
            </w:pPr>
            <w:r>
              <w:rPr>
                <w:b/>
                <w:color w:val="1F4E79"/>
                <w:sz w:val="22"/>
              </w:rPr>
              <w:t>IPO FORM (CORPORATE)</w:t>
            </w:r>
            <w:r>
              <w:rPr>
                <w:b/>
                <w:color w:val="1F4E79"/>
                <w:sz w:val="22"/>
              </w:rPr>
              <w:br/>
              <w:t>CORPORATE SUBSCRIPTION FORM</w:t>
            </w:r>
          </w:p>
          <w:p w14:paraId="6414AED2" w14:textId="77777777" w:rsidR="004D37EA" w:rsidRDefault="00000000">
            <w:pPr>
              <w:spacing w:after="0"/>
              <w:jc w:val="center"/>
            </w:pPr>
            <w:r>
              <w:rPr>
                <w:i/>
                <w:sz w:val="15"/>
              </w:rPr>
              <w:t>Please complete this form for your subscription to the Dangote Refinery IPO.</w:t>
            </w:r>
          </w:p>
        </w:tc>
      </w:tr>
    </w:tbl>
    <w:p w14:paraId="3BA50DA8" w14:textId="77777777" w:rsidR="004D37EA" w:rsidRDefault="004D37EA">
      <w:pPr>
        <w:spacing w:after="0"/>
      </w:pPr>
    </w:p>
    <w:tbl>
      <w:tblPr>
        <w:tblW w:w="0" w:type="auto"/>
        <w:jc w:val="center"/>
        <w:tblLayout w:type="fixed"/>
        <w:tblLook w:val="04A0" w:firstRow="1" w:lastRow="0" w:firstColumn="1" w:lastColumn="0" w:noHBand="0" w:noVBand="1"/>
      </w:tblPr>
      <w:tblGrid>
        <w:gridCol w:w="5328"/>
        <w:gridCol w:w="5328"/>
      </w:tblGrid>
      <w:tr w:rsidR="004D37EA" w14:paraId="7F745B48" w14:textId="77777777">
        <w:trPr>
          <w:cantSplit/>
          <w:jc w:val="center"/>
        </w:trPr>
        <w:tc>
          <w:tcPr>
            <w:tcW w:w="10656" w:type="dxa"/>
            <w:gridSpan w:val="2"/>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4609C26B" w14:textId="1A5EB4AC" w:rsidR="004D37EA" w:rsidRDefault="00000000">
            <w:pPr>
              <w:spacing w:after="0"/>
            </w:pPr>
            <w:r>
              <w:rPr>
                <w:b/>
                <w:color w:val="FFFFFF"/>
                <w:sz w:val="18"/>
              </w:rPr>
              <w:t xml:space="preserve">1. </w:t>
            </w:r>
            <w:r w:rsidR="00E552C6">
              <w:rPr>
                <w:b/>
                <w:color w:val="FFFFFF"/>
                <w:sz w:val="18"/>
              </w:rPr>
              <w:t>CORPORATE REGISTRATION DETAILS</w:t>
            </w:r>
          </w:p>
        </w:tc>
      </w:tr>
      <w:tr w:rsidR="00E552C6" w14:paraId="6F3C272C"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DDEE63F" w14:textId="10E9C371" w:rsidR="00E552C6" w:rsidRDefault="00E552C6" w:rsidP="00E552C6">
            <w:pPr>
              <w:spacing w:after="0"/>
            </w:pPr>
            <w:r>
              <w:rPr>
                <w:b/>
                <w:color w:val="1F4E79"/>
              </w:rPr>
              <w:t>Company Name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B33D9EC" w14:textId="77777777" w:rsidR="00E552C6" w:rsidRDefault="00E552C6" w:rsidP="00E552C6">
            <w:pPr>
              <w:spacing w:after="0"/>
            </w:pPr>
            <w:r>
              <w:rPr>
                <w:sz w:val="15"/>
              </w:rPr>
              <w:t xml:space="preserve"> </w:t>
            </w:r>
          </w:p>
        </w:tc>
      </w:tr>
      <w:tr w:rsidR="00E552C6" w14:paraId="402B6A66"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71B7A729" w14:textId="33470F2A" w:rsidR="00E552C6" w:rsidRDefault="00E552C6" w:rsidP="00E552C6">
            <w:pPr>
              <w:spacing w:after="0"/>
            </w:pPr>
            <w:r>
              <w:rPr>
                <w:b/>
                <w:color w:val="1F4E79"/>
              </w:rPr>
              <w:t>Tax Identification Number (TIN)</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D94CA8E" w14:textId="77777777" w:rsidR="00E552C6" w:rsidRDefault="00E552C6" w:rsidP="00E552C6">
            <w:pPr>
              <w:spacing w:after="0"/>
            </w:pPr>
            <w:r>
              <w:rPr>
                <w:sz w:val="15"/>
              </w:rPr>
              <w:t xml:space="preserve"> </w:t>
            </w:r>
          </w:p>
        </w:tc>
      </w:tr>
      <w:tr w:rsidR="00E552C6" w14:paraId="36FA5102"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C9DA977" w14:textId="33523DE4" w:rsidR="00E552C6" w:rsidRDefault="00E552C6" w:rsidP="00E552C6">
            <w:pPr>
              <w:spacing w:after="0"/>
            </w:pPr>
            <w:r>
              <w:rPr>
                <w:b/>
                <w:color w:val="1F4E79"/>
              </w:rPr>
              <w:t>RC Number</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77B0EFA" w14:textId="77777777" w:rsidR="00E552C6" w:rsidRDefault="00E552C6" w:rsidP="00E552C6">
            <w:pPr>
              <w:spacing w:after="0"/>
            </w:pPr>
            <w:r>
              <w:rPr>
                <w:sz w:val="15"/>
              </w:rPr>
              <w:t xml:space="preserve"> </w:t>
            </w:r>
          </w:p>
        </w:tc>
      </w:tr>
      <w:tr w:rsidR="00E552C6" w14:paraId="5969BA4D"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3C027871" w14:textId="7B3A0D1E" w:rsidR="00E552C6" w:rsidRDefault="00E552C6" w:rsidP="00E552C6">
            <w:pPr>
              <w:spacing w:after="0"/>
            </w:pPr>
            <w:r>
              <w:rPr>
                <w:b/>
                <w:color w:val="1F4E79"/>
              </w:rPr>
              <w:t>Registered Address</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5D3622A" w14:textId="59EEF461" w:rsidR="00E552C6" w:rsidRDefault="00E552C6" w:rsidP="00E552C6">
            <w:pPr>
              <w:spacing w:after="0"/>
            </w:pPr>
          </w:p>
        </w:tc>
      </w:tr>
      <w:tr w:rsidR="00E552C6" w14:paraId="46A8B2F7"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6646745C" w14:textId="7D16351A" w:rsidR="00E552C6" w:rsidRDefault="00E552C6" w:rsidP="00E552C6">
            <w:pPr>
              <w:spacing w:after="0"/>
              <w:rPr>
                <w:b/>
                <w:color w:val="1F4E79"/>
              </w:rPr>
            </w:pPr>
            <w:r>
              <w:rPr>
                <w:b/>
                <w:color w:val="1F4E79"/>
              </w:rPr>
              <w:t>State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37EAD2E0" w14:textId="77777777" w:rsidR="00E552C6" w:rsidRDefault="00E552C6" w:rsidP="00E552C6">
            <w:pPr>
              <w:spacing w:after="0"/>
            </w:pPr>
          </w:p>
        </w:tc>
      </w:tr>
      <w:tr w:rsidR="00E552C6" w14:paraId="126F5798"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0E69488" w14:textId="5800145D" w:rsidR="00E552C6" w:rsidRDefault="00E552C6" w:rsidP="00E552C6">
            <w:pPr>
              <w:spacing w:after="0"/>
              <w:rPr>
                <w:b/>
                <w:color w:val="1F4E79"/>
              </w:rPr>
            </w:pPr>
            <w:r>
              <w:rPr>
                <w:b/>
                <w:color w:val="1F4E79"/>
              </w:rPr>
              <w:t>Local Government Area (LGA)</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38DD0757" w14:textId="77777777" w:rsidR="00E552C6" w:rsidRDefault="00E552C6" w:rsidP="00E552C6">
            <w:pPr>
              <w:spacing w:after="0"/>
            </w:pPr>
          </w:p>
        </w:tc>
      </w:tr>
      <w:tr w:rsidR="00091E96" w14:paraId="0F39426F"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7265F046" w14:textId="4642E71A" w:rsidR="00091E96" w:rsidRDefault="00091E96" w:rsidP="00E552C6">
            <w:pPr>
              <w:spacing w:after="0"/>
              <w:rPr>
                <w:b/>
                <w:color w:val="1F4E79"/>
              </w:rPr>
            </w:pPr>
            <w:r>
              <w:rPr>
                <w:b/>
                <w:color w:val="1F4E79"/>
              </w:rPr>
              <w:t>Nationality</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BBF9162" w14:textId="77777777" w:rsidR="00091E96" w:rsidRDefault="00091E96" w:rsidP="00E552C6">
            <w:pPr>
              <w:spacing w:after="0"/>
            </w:pPr>
          </w:p>
        </w:tc>
      </w:tr>
      <w:tr w:rsidR="00E552C6" w14:paraId="32ADE5FC"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4802488" w14:textId="69570811" w:rsidR="00E552C6" w:rsidRDefault="00091E96" w:rsidP="00E552C6">
            <w:pPr>
              <w:spacing w:after="0"/>
              <w:rPr>
                <w:b/>
                <w:color w:val="1F4E79"/>
              </w:rPr>
            </w:pPr>
            <w:r>
              <w:rPr>
                <w:b/>
                <w:color w:val="1F4E79"/>
              </w:rPr>
              <w:t>E mail Address</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30645BB" w14:textId="77777777" w:rsidR="00E552C6" w:rsidRDefault="00E552C6" w:rsidP="00E552C6">
            <w:pPr>
              <w:spacing w:after="0"/>
            </w:pPr>
          </w:p>
        </w:tc>
      </w:tr>
      <w:tr w:rsidR="004D37EA" w14:paraId="424377F5" w14:textId="77777777">
        <w:trPr>
          <w:cantSplit/>
          <w:jc w:val="center"/>
        </w:trPr>
        <w:tc>
          <w:tcPr>
            <w:tcW w:w="10656" w:type="dxa"/>
            <w:gridSpan w:val="2"/>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1B2A5675" w14:textId="345F26EF" w:rsidR="004D37EA" w:rsidRDefault="00000000">
            <w:pPr>
              <w:spacing w:after="0"/>
            </w:pPr>
            <w:r>
              <w:rPr>
                <w:b/>
                <w:color w:val="FFFFFF"/>
                <w:sz w:val="18"/>
              </w:rPr>
              <w:t xml:space="preserve">2. </w:t>
            </w:r>
            <w:r w:rsidR="00AD0182">
              <w:rPr>
                <w:b/>
                <w:color w:val="FFFFFF"/>
                <w:sz w:val="18"/>
              </w:rPr>
              <w:t>Subscription Details</w:t>
            </w:r>
          </w:p>
        </w:tc>
      </w:tr>
      <w:tr w:rsidR="00E552C6" w14:paraId="4D9F4007"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315DC759" w14:textId="1690190C" w:rsidR="00E552C6" w:rsidRDefault="00AD0182" w:rsidP="00E552C6">
            <w:pPr>
              <w:spacing w:after="0"/>
            </w:pPr>
            <w:r>
              <w:rPr>
                <w:b/>
                <w:color w:val="1F4E79"/>
              </w:rPr>
              <w:t>Offer Name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75B576E6" w14:textId="77777777" w:rsidR="00E552C6" w:rsidRDefault="00E552C6" w:rsidP="00E552C6">
            <w:pPr>
              <w:spacing w:after="0"/>
            </w:pPr>
            <w:r>
              <w:rPr>
                <w:sz w:val="15"/>
              </w:rPr>
              <w:t xml:space="preserve"> </w:t>
            </w:r>
          </w:p>
        </w:tc>
      </w:tr>
      <w:tr w:rsidR="00AD0182" w14:paraId="36BE9E4E"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6542B746" w14:textId="0409AC99" w:rsidR="00AD0182" w:rsidRDefault="00AD0182" w:rsidP="00AD0182">
            <w:pPr>
              <w:spacing w:after="0"/>
            </w:pPr>
            <w:r>
              <w:rPr>
                <w:b/>
                <w:color w:val="1F4E79"/>
              </w:rPr>
              <w:t xml:space="preserve">Number of Shares </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B7DDE1B" w14:textId="77777777" w:rsidR="00AD0182" w:rsidRDefault="00AD0182" w:rsidP="00AD0182">
            <w:pPr>
              <w:spacing w:after="0"/>
            </w:pPr>
            <w:r>
              <w:rPr>
                <w:sz w:val="15"/>
              </w:rPr>
              <w:t xml:space="preserve"> </w:t>
            </w:r>
          </w:p>
        </w:tc>
      </w:tr>
      <w:tr w:rsidR="00AD0182" w14:paraId="5C0BA854"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9CBF0C6" w14:textId="64273DDF" w:rsidR="00AD0182" w:rsidRDefault="00AD0182" w:rsidP="00AD0182">
            <w:pPr>
              <w:spacing w:after="0"/>
            </w:pPr>
            <w:r w:rsidRPr="00AD0182">
              <w:rPr>
                <w:b/>
                <w:color w:val="1F4E79"/>
              </w:rPr>
              <w:t>Amount to be paid</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FE0BEFC" w14:textId="706CC217" w:rsidR="00AD0182" w:rsidRDefault="00AD0182" w:rsidP="00AD0182">
            <w:pPr>
              <w:spacing w:after="0"/>
            </w:pPr>
            <w:r>
              <w:rPr>
                <w:color w:val="EE0000"/>
                <w:sz w:val="15"/>
              </w:rPr>
              <w:t xml:space="preserve">      </w:t>
            </w:r>
          </w:p>
        </w:tc>
      </w:tr>
      <w:tr w:rsidR="004D37EA" w14:paraId="1261D171" w14:textId="77777777">
        <w:trPr>
          <w:cantSplit/>
          <w:jc w:val="center"/>
        </w:trPr>
        <w:tc>
          <w:tcPr>
            <w:tcW w:w="10656" w:type="dxa"/>
            <w:gridSpan w:val="2"/>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18586686" w14:textId="7CCF26F7" w:rsidR="004D37EA" w:rsidRDefault="00000000">
            <w:pPr>
              <w:spacing w:after="0"/>
            </w:pPr>
            <w:r>
              <w:rPr>
                <w:b/>
                <w:color w:val="FFFFFF"/>
                <w:sz w:val="18"/>
              </w:rPr>
              <w:t xml:space="preserve">3. </w:t>
            </w:r>
            <w:r w:rsidR="00AD0182">
              <w:rPr>
                <w:b/>
                <w:color w:val="FFFFFF"/>
                <w:sz w:val="18"/>
              </w:rPr>
              <w:t>BROKER &amp; CORPORATE CONTACT INFORMATION</w:t>
            </w:r>
          </w:p>
        </w:tc>
      </w:tr>
      <w:tr w:rsidR="00AD0182" w14:paraId="7306EA0A"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DAC8D5A" w14:textId="7BF79AF0" w:rsidR="00AD0182" w:rsidRDefault="00AD0182" w:rsidP="00AD0182">
            <w:pPr>
              <w:spacing w:after="0"/>
            </w:pPr>
            <w:r>
              <w:rPr>
                <w:b/>
                <w:color w:val="1F4E79"/>
              </w:rPr>
              <w:t>Broker Name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6FB7A376" w14:textId="44FD7D4A" w:rsidR="00AD0182" w:rsidRDefault="00AD0182" w:rsidP="00AD0182">
            <w:pPr>
              <w:spacing w:after="0"/>
            </w:pPr>
            <w:r>
              <w:rPr>
                <w:sz w:val="15"/>
              </w:rPr>
              <w:t xml:space="preserve"> </w:t>
            </w:r>
          </w:p>
        </w:tc>
      </w:tr>
      <w:tr w:rsidR="00AD0182" w14:paraId="1D2C5D44" w14:textId="77777777">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A464CA9" w14:textId="7A307B0B" w:rsidR="00AD0182" w:rsidRDefault="00AD0182" w:rsidP="00AD0182">
            <w:pPr>
              <w:spacing w:after="0"/>
              <w:rPr>
                <w:b/>
                <w:color w:val="1F4E79"/>
              </w:rPr>
            </w:pPr>
            <w:r>
              <w:rPr>
                <w:b/>
                <w:color w:val="1F4E79"/>
              </w:rPr>
              <w:t>CHN Number</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5F7C423" w14:textId="30ED3FD9" w:rsidR="00AD0182" w:rsidRDefault="00AD0182" w:rsidP="00AD0182">
            <w:pPr>
              <w:spacing w:after="0"/>
              <w:rPr>
                <w:sz w:val="15"/>
              </w:rPr>
            </w:pPr>
            <w:r>
              <w:rPr>
                <w:sz w:val="15"/>
              </w:rPr>
              <w:t xml:space="preserve"> </w:t>
            </w:r>
          </w:p>
        </w:tc>
      </w:tr>
      <w:tr w:rsidR="00AD0182" w14:paraId="40CFDE93" w14:textId="77777777" w:rsidTr="0054019B">
        <w:trPr>
          <w:cantSplit/>
          <w:jc w:val="center"/>
        </w:trPr>
        <w:tc>
          <w:tcPr>
            <w:tcW w:w="10656" w:type="dxa"/>
            <w:gridSpan w:val="2"/>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6C3B7A4D" w14:textId="1DE49342" w:rsidR="00AD0182" w:rsidRDefault="00AD0182" w:rsidP="0054019B">
            <w:pPr>
              <w:spacing w:after="0"/>
            </w:pPr>
            <w:r>
              <w:rPr>
                <w:b/>
                <w:color w:val="FFFFFF"/>
                <w:sz w:val="18"/>
              </w:rPr>
              <w:t>4</w:t>
            </w:r>
            <w:r>
              <w:rPr>
                <w:b/>
                <w:color w:val="FFFFFF"/>
                <w:sz w:val="18"/>
              </w:rPr>
              <w:t>. PAYMENT DETAILS</w:t>
            </w:r>
          </w:p>
        </w:tc>
      </w:tr>
      <w:tr w:rsidR="00AD0182" w14:paraId="6B2720DB"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019A77F6" w14:textId="77777777" w:rsidR="00AD0182" w:rsidRDefault="00AD0182" w:rsidP="0054019B">
            <w:pPr>
              <w:spacing w:after="0"/>
            </w:pPr>
            <w:r>
              <w:rPr>
                <w:b/>
                <w:color w:val="1F4E79"/>
              </w:rPr>
              <w:t>Corporate Account Number</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1DF8C195" w14:textId="77777777" w:rsidR="00AD0182" w:rsidRDefault="00AD0182" w:rsidP="0054019B">
            <w:pPr>
              <w:spacing w:after="0"/>
            </w:pPr>
            <w:r>
              <w:rPr>
                <w:sz w:val="15"/>
              </w:rPr>
              <w:t xml:space="preserve"> </w:t>
            </w:r>
          </w:p>
        </w:tc>
      </w:tr>
      <w:tr w:rsidR="00AD0182" w14:paraId="6C9D4EA4"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72471F2" w14:textId="77777777" w:rsidR="00AD0182" w:rsidRDefault="00AD0182" w:rsidP="0054019B">
            <w:pPr>
              <w:spacing w:after="0"/>
            </w:pPr>
            <w:r>
              <w:rPr>
                <w:b/>
                <w:color w:val="1F4E79"/>
              </w:rPr>
              <w:t>Bank Name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C34473A" w14:textId="77777777" w:rsidR="00AD0182" w:rsidRDefault="00AD0182" w:rsidP="0054019B">
            <w:pPr>
              <w:spacing w:after="0"/>
            </w:pPr>
            <w:r>
              <w:rPr>
                <w:sz w:val="15"/>
              </w:rPr>
              <w:t xml:space="preserve"> </w:t>
            </w:r>
          </w:p>
        </w:tc>
      </w:tr>
      <w:tr w:rsidR="00AD0182" w14:paraId="5B816D5A"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69DEC9DC" w14:textId="77777777" w:rsidR="00AD0182" w:rsidRDefault="00AD0182" w:rsidP="0054019B">
            <w:pPr>
              <w:spacing w:after="0"/>
              <w:rPr>
                <w:b/>
                <w:color w:val="1F4E79"/>
              </w:rPr>
            </w:pPr>
            <w:r>
              <w:rPr>
                <w:b/>
                <w:color w:val="1F4E79"/>
              </w:rPr>
              <w:t>Director’s BVN</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22F2E67F" w14:textId="77777777" w:rsidR="00AD0182" w:rsidRDefault="00AD0182" w:rsidP="0054019B">
            <w:pPr>
              <w:spacing w:after="0"/>
              <w:rPr>
                <w:sz w:val="15"/>
              </w:rPr>
            </w:pPr>
          </w:p>
        </w:tc>
      </w:tr>
    </w:tbl>
    <w:p w14:paraId="3CD3DC22" w14:textId="3DB44D5E" w:rsidR="004D37EA" w:rsidRDefault="004D37EA"/>
    <w:tbl>
      <w:tblPr>
        <w:tblW w:w="0" w:type="auto"/>
        <w:jc w:val="center"/>
        <w:tblLayout w:type="fixed"/>
        <w:tblLook w:val="04A0" w:firstRow="1" w:lastRow="0" w:firstColumn="1" w:lastColumn="0" w:noHBand="0" w:noVBand="1"/>
      </w:tblPr>
      <w:tblGrid>
        <w:gridCol w:w="10656"/>
      </w:tblGrid>
      <w:tr w:rsidR="004D37EA" w14:paraId="6968998F" w14:textId="77777777">
        <w:trPr>
          <w:cantSplit/>
          <w:jc w:val="center"/>
        </w:trPr>
        <w:tc>
          <w:tcPr>
            <w:tcW w:w="10656" w:type="dxa"/>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26B0D859" w14:textId="77777777" w:rsidR="004D37EA" w:rsidRDefault="00000000">
            <w:pPr>
              <w:spacing w:after="0"/>
            </w:pPr>
            <w:r>
              <w:rPr>
                <w:b/>
                <w:color w:val="FFFFFF"/>
                <w:sz w:val="18"/>
              </w:rPr>
              <w:t>4. TERMS, CONDITIONS, CONSENT &amp; DECLARATION</w:t>
            </w:r>
          </w:p>
        </w:tc>
      </w:tr>
    </w:tbl>
    <w:tbl>
      <w:tblPr>
        <w:tblW w:w="0" w:type="auto"/>
        <w:jc w:val="center"/>
        <w:tblLook w:val="04A0" w:firstRow="1" w:lastRow="0" w:firstColumn="1" w:lastColumn="0" w:noHBand="0" w:noVBand="1"/>
      </w:tblPr>
      <w:tblGrid>
        <w:gridCol w:w="10656"/>
      </w:tblGrid>
      <w:tr w:rsidR="004D37EA" w14:paraId="08460BDC" w14:textId="77777777">
        <w:trPr>
          <w:cantSplit/>
          <w:jc w:val="center"/>
        </w:trPr>
        <w:tc>
          <w:tcPr>
            <w:tcW w:w="10656" w:type="dxa"/>
            <w:tcBorders>
              <w:top w:val="single" w:sz="5" w:space="0" w:color="AAB7C4"/>
              <w:left w:val="single" w:sz="5" w:space="0" w:color="AAB7C4"/>
              <w:bottom w:val="single" w:sz="5" w:space="0" w:color="AAB7C4"/>
              <w:right w:val="single" w:sz="5" w:space="0" w:color="AAB7C4"/>
            </w:tcBorders>
            <w:tcMar>
              <w:top w:w="150" w:type="dxa"/>
              <w:left w:w="150" w:type="dxa"/>
              <w:bottom w:w="150" w:type="dxa"/>
              <w:right w:w="150" w:type="dxa"/>
            </w:tcMar>
          </w:tcPr>
          <w:p w14:paraId="6B05CC21" w14:textId="77777777" w:rsidR="00E552C6" w:rsidRPr="00015DEB" w:rsidRDefault="00E552C6" w:rsidP="00E552C6">
            <w:pPr>
              <w:spacing w:after="8" w:line="206" w:lineRule="auto"/>
              <w:jc w:val="both"/>
              <w:rPr>
                <w:sz w:val="12"/>
              </w:rPr>
            </w:pPr>
            <w:r>
              <w:rPr>
                <w:sz w:val="12"/>
              </w:rPr>
              <w:t xml:space="preserve">I/We consent to the collection, processing, use and disclosure of my/our personal data and information in connection with my/our application for shares of the </w:t>
            </w:r>
            <w:r w:rsidRPr="00015DEB">
              <w:rPr>
                <w:sz w:val="12"/>
              </w:rPr>
              <w:t>Dangote Refinery Initial Public Offering ("IPO")</w:t>
            </w:r>
            <w:r>
              <w:rPr>
                <w:sz w:val="12"/>
              </w:rPr>
              <w:t>.</w:t>
            </w:r>
          </w:p>
          <w:p w14:paraId="58750220" w14:textId="77777777" w:rsidR="00E552C6" w:rsidRDefault="00E552C6" w:rsidP="00E552C6">
            <w:pPr>
              <w:spacing w:after="8" w:line="206" w:lineRule="auto"/>
              <w:jc w:val="both"/>
              <w:rPr>
                <w:sz w:val="12"/>
              </w:rPr>
            </w:pPr>
            <w:r>
              <w:rPr>
                <w:sz w:val="12"/>
              </w:rPr>
              <w:t xml:space="preserve">I/We agree that </w:t>
            </w:r>
            <w:r w:rsidRPr="00015DEB">
              <w:rPr>
                <w:sz w:val="12"/>
              </w:rPr>
              <w:t>Keystone Bank Limited</w:t>
            </w:r>
            <w:r>
              <w:rPr>
                <w:sz w:val="12"/>
              </w:rPr>
              <w:t>, as the receiving bank, collection bank and/or agent for the IPO, may collect, process, retain and submit my/our data and/or information for the purpose of processing my/our application and complying with applicable legal and regulatory requirements for the IPO.</w:t>
            </w:r>
          </w:p>
          <w:p w14:paraId="1BDF7472" w14:textId="77777777" w:rsidR="00E552C6" w:rsidRPr="00015DEB" w:rsidRDefault="00E552C6" w:rsidP="00E552C6">
            <w:pPr>
              <w:spacing w:after="8" w:line="206" w:lineRule="auto"/>
              <w:jc w:val="both"/>
              <w:rPr>
                <w:sz w:val="12"/>
              </w:rPr>
            </w:pPr>
          </w:p>
          <w:p w14:paraId="668305B0" w14:textId="77777777" w:rsidR="00E552C6" w:rsidRPr="00015DEB" w:rsidRDefault="00E552C6" w:rsidP="00E552C6">
            <w:pPr>
              <w:spacing w:after="8" w:line="206" w:lineRule="auto"/>
              <w:jc w:val="both"/>
              <w:rPr>
                <w:sz w:val="12"/>
              </w:rPr>
            </w:pPr>
            <w:r>
              <w:rPr>
                <w:sz w:val="12"/>
              </w:rPr>
              <w:t xml:space="preserve">I/We also consent to the Bank sharing my/our data and/or information with the relevant regulatory and market authorities, including but not limited to the </w:t>
            </w:r>
            <w:r w:rsidRPr="00015DEB">
              <w:rPr>
                <w:sz w:val="12"/>
              </w:rPr>
              <w:t>Nigerian Exchange Group (NGX), Central Securities Clearing System (CSCS), Securities and Exchange Commission (SEC)</w:t>
            </w:r>
            <w:r>
              <w:rPr>
                <w:sz w:val="12"/>
              </w:rPr>
              <w:t>, and any other relevant party involved in the IPO, where required or permitted by law.</w:t>
            </w:r>
          </w:p>
          <w:p w14:paraId="4B7E2DB1" w14:textId="77777777" w:rsidR="00E552C6" w:rsidRDefault="00E552C6" w:rsidP="00E552C6">
            <w:pPr>
              <w:spacing w:after="8" w:line="206" w:lineRule="auto"/>
              <w:jc w:val="both"/>
              <w:rPr>
                <w:sz w:val="12"/>
              </w:rPr>
            </w:pPr>
            <w:r>
              <w:rPr>
                <w:sz w:val="12"/>
              </w:rPr>
              <w:t>I/We confirm that the information provided is true, accurate and complete, and consent to its use for the purposes stated above.</w:t>
            </w:r>
          </w:p>
          <w:p w14:paraId="42ABC9B3" w14:textId="77777777" w:rsidR="00E552C6" w:rsidRPr="00015DEB" w:rsidRDefault="00E552C6" w:rsidP="00E552C6">
            <w:pPr>
              <w:spacing w:after="8" w:line="206" w:lineRule="auto"/>
              <w:jc w:val="both"/>
              <w:rPr>
                <w:sz w:val="12"/>
              </w:rPr>
            </w:pPr>
          </w:p>
          <w:p w14:paraId="5365AF2B" w14:textId="77777777" w:rsidR="00E552C6" w:rsidRPr="00015DEB" w:rsidRDefault="00E552C6" w:rsidP="00E552C6">
            <w:pPr>
              <w:spacing w:after="8" w:line="206" w:lineRule="auto"/>
              <w:jc w:val="both"/>
              <w:rPr>
                <w:sz w:val="12"/>
              </w:rPr>
            </w:pPr>
            <w:r w:rsidRPr="00015DEB">
              <w:rPr>
                <w:sz w:val="12"/>
              </w:rPr>
              <w:t>I/We confirm that I/We are authorized to submit this subscription and, where I/We are acting on behalf of another person, including a minor, I/We confirm that I/We have the requisite legal authority and consent to act on that person's behalf and undertake to provide the required information and documentation to that effect.</w:t>
            </w:r>
          </w:p>
          <w:p w14:paraId="7EFDE7F9" w14:textId="77777777" w:rsidR="00E552C6" w:rsidRPr="00015DEB" w:rsidRDefault="00E552C6" w:rsidP="00E552C6">
            <w:pPr>
              <w:spacing w:after="8" w:line="206" w:lineRule="auto"/>
              <w:jc w:val="both"/>
              <w:rPr>
                <w:sz w:val="12"/>
              </w:rPr>
            </w:pPr>
          </w:p>
          <w:p w14:paraId="6DB9361D" w14:textId="77777777" w:rsidR="00E552C6" w:rsidRPr="00015DEB" w:rsidRDefault="00E552C6" w:rsidP="00E552C6">
            <w:pPr>
              <w:spacing w:after="8" w:line="206" w:lineRule="auto"/>
              <w:jc w:val="both"/>
              <w:rPr>
                <w:sz w:val="12"/>
              </w:rPr>
            </w:pPr>
            <w:r w:rsidRPr="00015DEB">
              <w:rPr>
                <w:sz w:val="12"/>
              </w:rPr>
              <w:t>I/We acknowledge that I/We have read, understood, and accepted the Keystone Bank's Privacy Policy which is available through the provided  link: (</w:t>
            </w:r>
            <w:hyperlink r:id="rId8" w:tgtFrame="_blank" w:tooltip="Original URL: http://www.keystonebankng.com/kbl-data-privacy-policy-3/. Click or tap if you trust this link." w:history="1">
              <w:r w:rsidRPr="00015DEB">
                <w:rPr>
                  <w:sz w:val="12"/>
                </w:rPr>
                <w:t>www.keystonebankng.com/kbl-data-privacy-policy-3/</w:t>
              </w:r>
            </w:hyperlink>
            <w:hyperlink r:id="rId9" w:tgtFrame="_blank" w:tooltip="Original URL: https://www.keystonebankng.com/kbl-data-privacy-policy-3/. Click or tap if you trust this link." w:history="1">
              <w:r w:rsidRPr="00015DEB">
                <w:rPr>
                  <w:sz w:val="12"/>
                </w:rPr>
                <w:t>)</w:t>
              </w:r>
            </w:hyperlink>
            <w:r w:rsidRPr="00015DEB">
              <w:rPr>
                <w:sz w:val="12"/>
              </w:rPr>
              <w:t> and acknowledge that the processing of my/our personal data shall be carried out in accordance with the Nigeria Data Protection Act 2023 and the General Application and Implementation Directive 2025.</w:t>
            </w:r>
          </w:p>
          <w:p w14:paraId="755DDDB5" w14:textId="77777777" w:rsidR="00E552C6" w:rsidRPr="00015DEB" w:rsidRDefault="00E552C6" w:rsidP="00E552C6">
            <w:pPr>
              <w:spacing w:after="8" w:line="206" w:lineRule="auto"/>
              <w:jc w:val="both"/>
              <w:rPr>
                <w:sz w:val="12"/>
              </w:rPr>
            </w:pPr>
          </w:p>
          <w:p w14:paraId="2D0F6D9A" w14:textId="77777777" w:rsidR="00E552C6" w:rsidRPr="00015DEB" w:rsidRDefault="00E552C6" w:rsidP="00E552C6">
            <w:pPr>
              <w:spacing w:after="8" w:line="206" w:lineRule="auto"/>
              <w:jc w:val="both"/>
              <w:rPr>
                <w:sz w:val="12"/>
              </w:rPr>
            </w:pPr>
            <w:r w:rsidRPr="00015DEB">
              <w:rPr>
                <w:sz w:val="12"/>
              </w:rPr>
              <w:t>Investors are advised to carefully review the Dangote IPO prospectus and other Offer documents and make their own independent investment decisions by seeking appropriate professional advice from their own legal, financial and or accounting advisors and Stockbrokers. </w:t>
            </w:r>
          </w:p>
          <w:p w14:paraId="42606D18" w14:textId="43EC88BC" w:rsidR="004D37EA" w:rsidRDefault="00E552C6" w:rsidP="00E552C6">
            <w:pPr>
              <w:spacing w:after="0"/>
            </w:pPr>
            <w:proofErr w:type="gramStart"/>
            <w:r>
              <w:rPr>
                <w:sz w:val="12"/>
              </w:rPr>
              <w:t>☐  I</w:t>
            </w:r>
            <w:proofErr w:type="gramEnd"/>
            <w:r>
              <w:rPr>
                <w:sz w:val="12"/>
              </w:rPr>
              <w:t xml:space="preserve"> confirm that the information provided above is true and correct and that this subscription is made in my individual capacity.</w:t>
            </w:r>
          </w:p>
        </w:tc>
      </w:tr>
    </w:tbl>
    <w:p w14:paraId="40A51DD2" w14:textId="77777777" w:rsidR="00601FE8" w:rsidRDefault="00601FE8"/>
    <w:tbl>
      <w:tblPr>
        <w:tblW w:w="0" w:type="auto"/>
        <w:jc w:val="center"/>
        <w:tblLayout w:type="fixed"/>
        <w:tblLook w:val="04A0" w:firstRow="1" w:lastRow="0" w:firstColumn="1" w:lastColumn="0" w:noHBand="0" w:noVBand="1"/>
      </w:tblPr>
      <w:tblGrid>
        <w:gridCol w:w="5328"/>
        <w:gridCol w:w="5328"/>
      </w:tblGrid>
      <w:tr w:rsidR="001637A6" w14:paraId="682DD15C" w14:textId="77777777" w:rsidTr="0054019B">
        <w:trPr>
          <w:cantSplit/>
          <w:jc w:val="center"/>
        </w:trPr>
        <w:tc>
          <w:tcPr>
            <w:tcW w:w="10656" w:type="dxa"/>
            <w:gridSpan w:val="2"/>
            <w:tcBorders>
              <w:top w:val="single" w:sz="5" w:space="0" w:color="AAB7C4"/>
              <w:left w:val="single" w:sz="5" w:space="0" w:color="AAB7C4"/>
              <w:bottom w:val="single" w:sz="5" w:space="0" w:color="AAB7C4"/>
              <w:right w:val="single" w:sz="5" w:space="0" w:color="AAB7C4"/>
            </w:tcBorders>
            <w:shd w:val="clear" w:color="auto" w:fill="1F4E79"/>
            <w:tcMar>
              <w:top w:w="85" w:type="dxa"/>
              <w:left w:w="85" w:type="dxa"/>
              <w:bottom w:w="85" w:type="dxa"/>
              <w:right w:w="85" w:type="dxa"/>
            </w:tcMar>
            <w:vAlign w:val="center"/>
          </w:tcPr>
          <w:p w14:paraId="27CFC10D" w14:textId="77777777" w:rsidR="001637A6" w:rsidRDefault="001637A6" w:rsidP="0054019B">
            <w:pPr>
              <w:spacing w:after="0"/>
            </w:pPr>
            <w:r>
              <w:rPr>
                <w:b/>
                <w:color w:val="FFFFFF"/>
                <w:sz w:val="18"/>
              </w:rPr>
              <w:t>5. EXECUTION</w:t>
            </w:r>
          </w:p>
        </w:tc>
      </w:tr>
      <w:tr w:rsidR="001637A6" w14:paraId="55F219EB"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0C594C2" w14:textId="77777777" w:rsidR="001637A6" w:rsidRDefault="001637A6" w:rsidP="0054019B">
            <w:pPr>
              <w:spacing w:after="0"/>
            </w:pPr>
            <w:proofErr w:type="spellStart"/>
            <w:r>
              <w:rPr>
                <w:b/>
                <w:color w:val="1F4E79"/>
              </w:rPr>
              <w:t>Authorised</w:t>
            </w:r>
            <w:proofErr w:type="spellEnd"/>
            <w:r>
              <w:rPr>
                <w:b/>
                <w:color w:val="1F4E79"/>
              </w:rPr>
              <w:t xml:space="preserve"> Signatory 1</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76E8A440" w14:textId="77777777" w:rsidR="001637A6" w:rsidRDefault="001637A6" w:rsidP="0054019B">
            <w:pPr>
              <w:spacing w:after="0"/>
            </w:pPr>
            <w:r>
              <w:rPr>
                <w:color w:val="EE0000"/>
                <w:sz w:val="15"/>
              </w:rPr>
              <w:t xml:space="preserve">      Name / Signature</w:t>
            </w:r>
          </w:p>
        </w:tc>
      </w:tr>
      <w:tr w:rsidR="001637A6" w14:paraId="60FBCF4F"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43D93126" w14:textId="77777777" w:rsidR="001637A6" w:rsidRDefault="001637A6" w:rsidP="0054019B">
            <w:pPr>
              <w:spacing w:after="0"/>
            </w:pPr>
            <w:proofErr w:type="spellStart"/>
            <w:r>
              <w:rPr>
                <w:b/>
                <w:color w:val="1F4E79"/>
              </w:rPr>
              <w:t>Authorised</w:t>
            </w:r>
            <w:proofErr w:type="spellEnd"/>
            <w:r>
              <w:rPr>
                <w:b/>
                <w:color w:val="1F4E79"/>
              </w:rPr>
              <w:t xml:space="preserve"> Signatory 2</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7E3F6467" w14:textId="77777777" w:rsidR="001637A6" w:rsidRDefault="001637A6" w:rsidP="0054019B">
            <w:pPr>
              <w:spacing w:after="0"/>
            </w:pPr>
            <w:r>
              <w:rPr>
                <w:color w:val="EE0000"/>
                <w:sz w:val="15"/>
              </w:rPr>
              <w:t xml:space="preserve">      Name / Signature</w:t>
            </w:r>
          </w:p>
        </w:tc>
      </w:tr>
      <w:tr w:rsidR="001637A6" w14:paraId="0CC08F3B"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374CE856" w14:textId="77777777" w:rsidR="001637A6" w:rsidRDefault="001637A6" w:rsidP="0054019B">
            <w:pPr>
              <w:spacing w:after="0"/>
            </w:pPr>
            <w:r>
              <w:rPr>
                <w:b/>
                <w:color w:val="1F4E79"/>
              </w:rPr>
              <w:t>Date</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1C79EE88" w14:textId="77777777" w:rsidR="001637A6" w:rsidRDefault="001637A6" w:rsidP="0054019B">
            <w:pPr>
              <w:spacing w:after="0"/>
            </w:pPr>
            <w:r>
              <w:rPr>
                <w:color w:val="EE0000"/>
                <w:sz w:val="15"/>
              </w:rPr>
              <w:t xml:space="preserve">      DD / MM / YYYY</w:t>
            </w:r>
          </w:p>
        </w:tc>
      </w:tr>
      <w:tr w:rsidR="001637A6" w14:paraId="5200ADC6" w14:textId="77777777" w:rsidTr="0054019B">
        <w:trPr>
          <w:cantSplit/>
          <w:jc w:val="center"/>
        </w:trPr>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52438A46" w14:textId="77777777" w:rsidR="001637A6" w:rsidRDefault="001637A6" w:rsidP="0054019B">
            <w:pPr>
              <w:spacing w:after="0"/>
            </w:pPr>
            <w:r>
              <w:rPr>
                <w:b/>
                <w:color w:val="1F4E79"/>
              </w:rPr>
              <w:t>Company Seal / Stamp</w:t>
            </w:r>
          </w:p>
        </w:tc>
        <w:tc>
          <w:tcPr>
            <w:tcW w:w="5328" w:type="dxa"/>
            <w:tcBorders>
              <w:top w:val="single" w:sz="5" w:space="0" w:color="AAB7C4"/>
              <w:left w:val="single" w:sz="5" w:space="0" w:color="AAB7C4"/>
              <w:bottom w:val="single" w:sz="5" w:space="0" w:color="AAB7C4"/>
              <w:right w:val="single" w:sz="5" w:space="0" w:color="AAB7C4"/>
            </w:tcBorders>
            <w:tcMar>
              <w:top w:w="85" w:type="dxa"/>
              <w:left w:w="85" w:type="dxa"/>
              <w:bottom w:w="85" w:type="dxa"/>
              <w:right w:w="85" w:type="dxa"/>
            </w:tcMar>
            <w:vAlign w:val="center"/>
          </w:tcPr>
          <w:p w14:paraId="041C6FFB" w14:textId="77777777" w:rsidR="001637A6" w:rsidRDefault="001637A6" w:rsidP="0054019B">
            <w:pPr>
              <w:spacing w:after="0"/>
            </w:pPr>
            <w:r>
              <w:rPr>
                <w:color w:val="EE0000"/>
                <w:sz w:val="15"/>
              </w:rPr>
              <w:t xml:space="preserve">      Affix where applicable</w:t>
            </w:r>
          </w:p>
        </w:tc>
      </w:tr>
    </w:tbl>
    <w:p w14:paraId="4B877CE9" w14:textId="77777777" w:rsidR="001637A6" w:rsidRDefault="001637A6"/>
    <w:sectPr w:rsidR="001637A6" w:rsidSect="00034616">
      <w:footerReference w:type="default" r:id="rId10"/>
      <w:pgSz w:w="12240" w:h="15840"/>
      <w:pgMar w:top="504" w:right="792" w:bottom="504" w:left="792" w:header="216"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A30EA" w14:textId="77777777" w:rsidR="002D5E63" w:rsidRDefault="002D5E63">
      <w:pPr>
        <w:spacing w:after="0"/>
      </w:pPr>
      <w:r>
        <w:separator/>
      </w:r>
    </w:p>
  </w:endnote>
  <w:endnote w:type="continuationSeparator" w:id="0">
    <w:p w14:paraId="4CE7552D" w14:textId="77777777" w:rsidR="002D5E63" w:rsidRDefault="002D5E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4767" w14:textId="77777777" w:rsidR="004D37EA" w:rsidRDefault="00000000">
    <w:pPr>
      <w:pStyle w:val="Footer"/>
      <w:jc w:val="center"/>
    </w:pPr>
    <w:r>
      <w:rPr>
        <w:color w:val="7F8C8D"/>
        <w:sz w:val="14"/>
      </w:rPr>
      <w:t>Keystone Bank Limited | Dangote Refinery IPO Corporate Subscription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C3D3" w14:textId="77777777" w:rsidR="002D5E63" w:rsidRDefault="002D5E63">
      <w:pPr>
        <w:spacing w:after="0"/>
      </w:pPr>
      <w:r>
        <w:separator/>
      </w:r>
    </w:p>
  </w:footnote>
  <w:footnote w:type="continuationSeparator" w:id="0">
    <w:p w14:paraId="6802400D" w14:textId="77777777" w:rsidR="002D5E63" w:rsidRDefault="002D5E6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2867889">
    <w:abstractNumId w:val="8"/>
  </w:num>
  <w:num w:numId="2" w16cid:durableId="1175800420">
    <w:abstractNumId w:val="6"/>
  </w:num>
  <w:num w:numId="3" w16cid:durableId="1722751968">
    <w:abstractNumId w:val="5"/>
  </w:num>
  <w:num w:numId="4" w16cid:durableId="1560168606">
    <w:abstractNumId w:val="4"/>
  </w:num>
  <w:num w:numId="5" w16cid:durableId="742527254">
    <w:abstractNumId w:val="7"/>
  </w:num>
  <w:num w:numId="6" w16cid:durableId="239102349">
    <w:abstractNumId w:val="3"/>
  </w:num>
  <w:num w:numId="7" w16cid:durableId="1899855036">
    <w:abstractNumId w:val="2"/>
  </w:num>
  <w:num w:numId="8" w16cid:durableId="421611206">
    <w:abstractNumId w:val="1"/>
  </w:num>
  <w:num w:numId="9" w16cid:durableId="426076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E96"/>
    <w:rsid w:val="0015074B"/>
    <w:rsid w:val="001637A6"/>
    <w:rsid w:val="001E448B"/>
    <w:rsid w:val="0029639D"/>
    <w:rsid w:val="002D5E63"/>
    <w:rsid w:val="002F54EF"/>
    <w:rsid w:val="00326F90"/>
    <w:rsid w:val="004B5ABD"/>
    <w:rsid w:val="004D37EA"/>
    <w:rsid w:val="00601FE8"/>
    <w:rsid w:val="00754667"/>
    <w:rsid w:val="00962620"/>
    <w:rsid w:val="00AA1D8D"/>
    <w:rsid w:val="00AD0182"/>
    <w:rsid w:val="00B47730"/>
    <w:rsid w:val="00CB0664"/>
    <w:rsid w:val="00E552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58FCE"/>
  <w14:defaultImageDpi w14:val="300"/>
  <w15:docId w15:val="{72C7DB50-A0AA-4CF3-8559-DDA7F8A1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eastAsia="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3A%2F%2Fwww.keystonebankng.com%2Fkbl-data-privacy-policy-3%2F&amp;data=05%7C02%7COlusholaFolahan%40keystonebankng.com%7C5e3d10204f50485b5f3708df14c113ec%7Cac5379c5033042e18995186a18e87aee%7C0%7C0%7C639252491859522128%7CUnknown%7CTWFpbGZsb3d8eyJFbXB0eU1hcGkiOnRydWUsIlYiOiIwLjAuMDAwMCIsIlAiOiJXaW4zMiIsIkFOIjoiTWFpbCIsIldUIjoyfQ%3D%3D%7C0%7C%7C%7C&amp;sdata=qRgC%2BpWI0OIqHtb7LtePx6e7P0T46%2FfrlBbD0k7MkwA%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ur02.safelinks.protection.outlook.com/?url=https%3A%2F%2Fwww.keystonebankng.com%2Fkbl-data-privacy-policy-3%2F&amp;data=05%7C02%7COlusholaFolahan%40keystonebankng.com%7C5e3d10204f50485b5f3708df14c113ec%7Cac5379c5033042e18995186a18e87aee%7C0%7C0%7C639252491859830945%7CUnknown%7CTWFpbGZsb3d8eyJFbXB0eU1hcGkiOnRydWUsIlYiOiIwLjAuMDAwMCIsIlAiOiJXaW4zMiIsIkFOIjoiTWFpbCIsIldUIjoyfQ%3D%3D%7C0%7C%7C%7C&amp;sdata=Oq%2Fbd30TyApl2jazMXrjp3GA5Z1PFxHAfsPijBadEY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Dangote IPO Corporate Subscription Form - Adopted Walk-In Template</dc:title>
  <dc:subject/>
  <dc:creator>Olushola Folahan</dc:creator>
  <cp:keywords/>
  <dc:description>generated by python-docx</dc:description>
  <cp:lastModifiedBy>Olushola Folahan</cp:lastModifiedBy>
  <cp:revision>2</cp:revision>
  <dcterms:created xsi:type="dcterms:W3CDTF">2026-09-22T15:08:00Z</dcterms:created>
  <dcterms:modified xsi:type="dcterms:W3CDTF">2026-09-22T15:08:00Z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aebb5d6-4713-4c99-900a-9cc6a4d921ff_Enabled">
    <vt:lpwstr>true</vt:lpwstr>
  </property>
  <property fmtid="{D5CDD505-2E9C-101B-9397-08002B2CF9AE}" pid="3" name="MSIP_Label_4aebb5d6-4713-4c99-900a-9cc6a4d921ff_SetDate">
    <vt:lpwstr>2026-09-18T13:26:29Z</vt:lpwstr>
  </property>
  <property fmtid="{D5CDD505-2E9C-101B-9397-08002B2CF9AE}" pid="4" name="MSIP_Label_4aebb5d6-4713-4c99-900a-9cc6a4d921ff_Method">
    <vt:lpwstr>Standard</vt:lpwstr>
  </property>
  <property fmtid="{D5CDD505-2E9C-101B-9397-08002B2CF9AE}" pid="5" name="MSIP_Label_4aebb5d6-4713-4c99-900a-9cc6a4d921ff_Name">
    <vt:lpwstr>Public</vt:lpwstr>
  </property>
  <property fmtid="{D5CDD505-2E9C-101B-9397-08002B2CF9AE}" pid="6" name="MSIP_Label_4aebb5d6-4713-4c99-900a-9cc6a4d921ff_SiteId">
    <vt:lpwstr>ac5379c5-0330-42e1-8995-186a18e87aee</vt:lpwstr>
  </property>
  <property fmtid="{D5CDD505-2E9C-101B-9397-08002B2CF9AE}" pid="7" name="MSIP_Label_4aebb5d6-4713-4c99-900a-9cc6a4d921ff_ActionId">
    <vt:lpwstr>6d5445e6-8be6-4cca-ace6-dff2c0172a8f</vt:lpwstr>
  </property>
  <property fmtid="{D5CDD505-2E9C-101B-9397-08002B2CF9AE}" pid="8" name="MSIP_Label_4aebb5d6-4713-4c99-900a-9cc6a4d921ff_ContentBits">
    <vt:lpwstr>0</vt:lpwstr>
  </property>
</Properties>
</file>